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PROJECT TECH-ABLE</w:t>
      </w:r>
    </w:p>
    <w:p w:rsidR="00000000" w:rsidDel="00000000" w:rsidP="00000000" w:rsidRDefault="00000000" w:rsidRPr="00000000" w14:paraId="00000002">
      <w:pPr>
        <w:jc w:val="center"/>
        <w:rPr>
          <w:rFonts w:ascii="Arial" w:cs="Arial" w:eastAsia="Arial" w:hAnsi="Arial"/>
          <w:i w:val="1"/>
          <w:iCs w:val="1"/>
        </w:rPr>
      </w:pPr>
      <w:r w:rsidDel="00000000" w:rsidR="00000000" w:rsidRPr="00000000">
        <w:rPr>
          <w:rFonts w:ascii="Arial" w:cs="Arial" w:eastAsia="Arial" w:hAnsi="Arial"/>
          <w:i w:val="1"/>
          <w:iCs w:val="1"/>
          <w:rtl w:val="0"/>
        </w:rPr>
        <w:t xml:space="preserve">Needs Assessment Survey</w:t>
      </w:r>
    </w:p>
    <w:p w:rsidR="00000000" w:rsidDel="00000000" w:rsidP="00000000" w:rsidRDefault="00000000" w:rsidRPr="00000000" w14:paraId="00000003">
      <w:pPr>
        <w:rPr>
          <w:rFonts w:ascii="Arial" w:cs="Arial" w:eastAsia="Arial" w:hAnsi="Arial"/>
        </w:rPr>
      </w:pPr>
      <w:r w:rsidDel="00000000" w:rsidR="00000000" w:rsidRPr="00000000">
        <w:rPr>
          <w:rtl w:val="0"/>
        </w:rPr>
      </w:r>
    </w:p>
    <w:p w:rsidR="00000000" w:rsidDel="00000000" w:rsidP="00000000" w:rsidRDefault="00000000" w:rsidRPr="00000000" w14:paraId="00000004">
      <w:pPr>
        <w:pStyle w:val="Head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Teacher Needs Assessment Survey on ICT Integration</w:t>
      </w:r>
    </w:p>
    <w:p w:rsidR="00000000" w:rsidDel="00000000" w:rsidP="00000000" w:rsidRDefault="00000000" w:rsidRPr="00000000" w14:paraId="00000005">
      <w:pPr>
        <w:jc w:val="both"/>
        <w:rPr>
          <w:rFonts w:ascii="Arial" w:cs="Arial" w:eastAsia="Arial" w:hAnsi="Arial"/>
        </w:rPr>
      </w:pPr>
      <w:r w:rsidDel="00000000" w:rsidR="00000000" w:rsidRPr="00000000">
        <w:rPr>
          <w:rFonts w:ascii="Arial" w:cs="Arial" w:eastAsia="Arial" w:hAnsi="Arial"/>
          <w:rtl w:val="0"/>
        </w:rPr>
        <w:t xml:space="preserve">This survey aims to determine the current status of ICT integration, available resources, challenges, and professional development needs of teachers. The results will be used as the basis for the design, implementation, monitoring, and evaluation of Project TECH-ABLE.</w:t>
      </w:r>
    </w:p>
    <w:p w:rsidR="00000000" w:rsidDel="00000000" w:rsidP="00000000" w:rsidRDefault="00000000" w:rsidRPr="00000000" w14:paraId="00000006">
      <w:pPr>
        <w:pStyle w:val="Head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Respondent Information and Consent</w:t>
      </w:r>
    </w:p>
    <w:p w:rsidR="00000000" w:rsidDel="00000000" w:rsidP="00000000" w:rsidRDefault="00000000" w:rsidRPr="00000000" w14:paraId="00000007">
      <w:pPr>
        <w:rPr>
          <w:rFonts w:ascii="Arial" w:cs="Arial" w:eastAsia="Arial" w:hAnsi="Arial"/>
        </w:rPr>
      </w:pPr>
      <w:r w:rsidDel="00000000" w:rsidR="00000000" w:rsidRPr="00000000">
        <w:rPr>
          <w:rFonts w:ascii="Arial" w:cs="Arial" w:eastAsia="Arial" w:hAnsi="Arial"/>
          <w:rtl w:val="0"/>
        </w:rPr>
        <w:t xml:space="preserve">Your participation is voluntary. Responses will be treated confidentially and reported only in aggregate form.</w:t>
      </w:r>
    </w:p>
    <w:p w:rsidR="00000000" w:rsidDel="00000000" w:rsidP="00000000" w:rsidRDefault="00000000" w:rsidRPr="00000000" w14:paraId="00000008">
      <w:pPr>
        <w:rPr>
          <w:rFonts w:ascii="Arial" w:cs="Arial" w:eastAsia="Arial" w:hAnsi="Arial"/>
        </w:rPr>
      </w:pPr>
      <w:r w:rsidDel="00000000" w:rsidR="00000000" w:rsidRPr="00000000">
        <w:rPr>
          <w:rFonts w:ascii="Arial" w:cs="Arial" w:eastAsia="Arial" w:hAnsi="Arial"/>
          <w:rtl w:val="0"/>
        </w:rPr>
        <w:t xml:space="preserve">☐ I voluntarily agree to participate in this needs assessment.</w:t>
      </w:r>
    </w:p>
    <w:p w:rsidR="00000000" w:rsidDel="00000000" w:rsidP="00000000" w:rsidRDefault="00000000" w:rsidRPr="00000000" w14:paraId="00000009">
      <w:pPr>
        <w:rPr>
          <w:rFonts w:ascii="Arial" w:cs="Arial" w:eastAsia="Arial" w:hAnsi="Arial"/>
        </w:rPr>
      </w:pPr>
      <w:r w:rsidDel="00000000" w:rsidR="00000000" w:rsidRPr="00000000">
        <w:rPr>
          <w:rFonts w:ascii="Arial" w:cs="Arial" w:eastAsia="Arial" w:hAnsi="Arial"/>
          <w:rtl w:val="0"/>
        </w:rPr>
        <w:t xml:space="preserve">Name (Optional): __________________________</w:t>
      </w:r>
    </w:p>
    <w:p w:rsidR="00000000" w:rsidDel="00000000" w:rsidP="00000000" w:rsidRDefault="00000000" w:rsidRPr="00000000" w14:paraId="0000000A">
      <w:pPr>
        <w:rPr>
          <w:rFonts w:ascii="Arial" w:cs="Arial" w:eastAsia="Arial" w:hAnsi="Arial"/>
        </w:rPr>
      </w:pPr>
      <w:r w:rsidDel="00000000" w:rsidR="00000000" w:rsidRPr="00000000">
        <w:rPr>
          <w:rFonts w:ascii="Arial" w:cs="Arial" w:eastAsia="Arial" w:hAnsi="Arial"/>
          <w:rtl w:val="0"/>
        </w:rPr>
        <w:t xml:space="preserve">Grade Level/s Handled: ____________________</w:t>
      </w:r>
    </w:p>
    <w:p w:rsidR="00000000" w:rsidDel="00000000" w:rsidP="00000000" w:rsidRDefault="00000000" w:rsidRPr="00000000" w14:paraId="0000000B">
      <w:pPr>
        <w:pStyle w:val="Head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Part I. Respondent Profile</w:t>
      </w:r>
    </w:p>
    <w:p w:rsidR="00000000" w:rsidDel="00000000" w:rsidP="00000000" w:rsidRDefault="00000000" w:rsidRPr="00000000" w14:paraId="0000000C">
      <w:pPr>
        <w:rPr>
          <w:rFonts w:ascii="Arial" w:cs="Arial" w:eastAsia="Arial" w:hAnsi="Arial"/>
        </w:rPr>
      </w:pPr>
      <w:r w:rsidDel="00000000" w:rsidR="00000000" w:rsidRPr="00000000">
        <w:rPr>
          <w:rFonts w:ascii="Arial" w:cs="Arial" w:eastAsia="Arial" w:hAnsi="Arial"/>
          <w:rtl w:val="0"/>
        </w:rPr>
        <w:t xml:space="preserve">Sex: ☐ Male ☐ Female ☐ Prefer not to say</w:t>
      </w:r>
    </w:p>
    <w:p w:rsidR="00000000" w:rsidDel="00000000" w:rsidP="00000000" w:rsidRDefault="00000000" w:rsidRPr="00000000" w14:paraId="0000000D">
      <w:pPr>
        <w:rPr>
          <w:rFonts w:ascii="Arial" w:cs="Arial" w:eastAsia="Arial" w:hAnsi="Arial"/>
        </w:rPr>
      </w:pPr>
      <w:r w:rsidDel="00000000" w:rsidR="00000000" w:rsidRPr="00000000">
        <w:rPr>
          <w:rFonts w:ascii="Arial" w:cs="Arial" w:eastAsia="Arial" w:hAnsi="Arial"/>
          <w:rtl w:val="0"/>
        </w:rPr>
        <w:t xml:space="preserve">Age: _______</w:t>
      </w:r>
    </w:p>
    <w:p w:rsidR="00000000" w:rsidDel="00000000" w:rsidP="00000000" w:rsidRDefault="00000000" w:rsidRPr="00000000" w14:paraId="0000000E">
      <w:pPr>
        <w:rPr>
          <w:rFonts w:ascii="Arial" w:cs="Arial" w:eastAsia="Arial" w:hAnsi="Arial"/>
        </w:rPr>
      </w:pPr>
      <w:r w:rsidDel="00000000" w:rsidR="00000000" w:rsidRPr="00000000">
        <w:rPr>
          <w:rFonts w:ascii="Arial" w:cs="Arial" w:eastAsia="Arial" w:hAnsi="Arial"/>
          <w:rtl w:val="0"/>
        </w:rPr>
        <w:t xml:space="preserve">Highest Educational Attainment: ☐ Bachelor's ☐ Master's Units ☐ Master's ☐ Doctoral Units ☐ Doctoral</w:t>
      </w:r>
    </w:p>
    <w:p w:rsidR="00000000" w:rsidDel="00000000" w:rsidP="00000000" w:rsidRDefault="00000000" w:rsidRPr="00000000" w14:paraId="0000000F">
      <w:pPr>
        <w:rPr>
          <w:rFonts w:ascii="Arial" w:cs="Arial" w:eastAsia="Arial" w:hAnsi="Arial"/>
        </w:rPr>
      </w:pPr>
      <w:r w:rsidDel="00000000" w:rsidR="00000000" w:rsidRPr="00000000">
        <w:rPr>
          <w:rFonts w:ascii="Arial" w:cs="Arial" w:eastAsia="Arial" w:hAnsi="Arial"/>
          <w:rtl w:val="0"/>
        </w:rPr>
        <w:t xml:space="preserve">Years in Teaching Service: ☐ 1–5  ☐ 6–10  ☐ 11–15  ☐ 16–20  ☐ &gt;20</w:t>
      </w:r>
    </w:p>
    <w:p w:rsidR="00000000" w:rsidDel="00000000" w:rsidP="00000000" w:rsidRDefault="00000000" w:rsidRPr="00000000" w14:paraId="00000010">
      <w:pPr>
        <w:rPr>
          <w:rFonts w:ascii="Arial" w:cs="Arial" w:eastAsia="Arial" w:hAnsi="Arial"/>
        </w:rPr>
      </w:pPr>
      <w:r w:rsidDel="00000000" w:rsidR="00000000" w:rsidRPr="00000000">
        <w:rPr>
          <w:rFonts w:ascii="Arial" w:cs="Arial" w:eastAsia="Arial" w:hAnsi="Arial"/>
          <w:rtl w:val="0"/>
        </w:rPr>
        <w:t xml:space="preserve">ICT-related trainings attended in the last 3 years: ☐ None  ☐ 1–2  ☐ 3–4  ☐ 5+</w:t>
      </w:r>
    </w:p>
    <w:p w:rsidR="00000000" w:rsidDel="00000000" w:rsidP="00000000" w:rsidRDefault="00000000" w:rsidRPr="00000000" w14:paraId="00000011">
      <w:pPr>
        <w:pStyle w:val="Head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Part II. Availability of ICT Resources</w:t>
      </w:r>
    </w:p>
    <w:tbl>
      <w:tblPr>
        <w:tblStyle w:val="Table1"/>
        <w:tblW w:w="8640.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880"/>
        <w:gridCol w:w="2880"/>
        <w:gridCol w:w="2880"/>
        <w:tblGridChange w:id="0">
          <w:tblGrid>
            <w:gridCol w:w="2880"/>
            <w:gridCol w:w="2880"/>
            <w:gridCol w:w="2880"/>
          </w:tblGrid>
        </w:tblGridChange>
      </w:tblGrid>
      <w:tr>
        <w:trPr>
          <w:cantSplit w:val="0"/>
          <w:tblHeader w:val="0"/>
        </w:trPr>
        <w:tc>
          <w:tcPr/>
          <w:p w:rsidR="00000000" w:rsidDel="00000000" w:rsidP="00000000" w:rsidRDefault="00000000" w:rsidRPr="00000000" w14:paraId="00000012">
            <w:pPr>
              <w:rPr>
                <w:rFonts w:ascii="Arial" w:cs="Arial" w:eastAsia="Arial" w:hAnsi="Arial"/>
              </w:rPr>
            </w:pPr>
            <w:r w:rsidDel="00000000" w:rsidR="00000000" w:rsidRPr="00000000">
              <w:rPr>
                <w:rFonts w:ascii="Arial" w:cs="Arial" w:eastAsia="Arial" w:hAnsi="Arial"/>
                <w:rtl w:val="0"/>
              </w:rPr>
              <w:t xml:space="preserve">ICT Resource</w:t>
            </w:r>
          </w:p>
        </w:tc>
        <w:tc>
          <w:tcPr/>
          <w:p w:rsidR="00000000" w:rsidDel="00000000" w:rsidP="00000000" w:rsidRDefault="00000000" w:rsidRPr="00000000" w14:paraId="00000013">
            <w:pPr>
              <w:rPr>
                <w:rFonts w:ascii="Arial" w:cs="Arial" w:eastAsia="Arial" w:hAnsi="Arial"/>
              </w:rPr>
            </w:pPr>
            <w:r w:rsidDel="00000000" w:rsidR="00000000" w:rsidRPr="00000000">
              <w:rPr>
                <w:rFonts w:ascii="Arial" w:cs="Arial" w:eastAsia="Arial" w:hAnsi="Arial"/>
                <w:rtl w:val="0"/>
              </w:rPr>
              <w:t xml:space="preserve">Available</w:t>
            </w:r>
          </w:p>
        </w:tc>
        <w:tc>
          <w:tcPr/>
          <w:p w:rsidR="00000000" w:rsidDel="00000000" w:rsidP="00000000" w:rsidRDefault="00000000" w:rsidRPr="00000000" w14:paraId="00000014">
            <w:pPr>
              <w:rPr>
                <w:rFonts w:ascii="Arial" w:cs="Arial" w:eastAsia="Arial" w:hAnsi="Arial"/>
              </w:rPr>
            </w:pPr>
            <w:r w:rsidDel="00000000" w:rsidR="00000000" w:rsidRPr="00000000">
              <w:rPr>
                <w:rFonts w:ascii="Arial" w:cs="Arial" w:eastAsia="Arial" w:hAnsi="Arial"/>
                <w:rtl w:val="0"/>
              </w:rPr>
              <w:t xml:space="preserve">Not Available</w:t>
            </w:r>
          </w:p>
        </w:tc>
      </w:tr>
      <w:tr>
        <w:trPr>
          <w:cantSplit w:val="0"/>
          <w:tblHeader w:val="0"/>
        </w:trPr>
        <w:tc>
          <w:tcPr/>
          <w:p w:rsidR="00000000" w:rsidDel="00000000" w:rsidP="00000000" w:rsidRDefault="00000000" w:rsidRPr="00000000" w14:paraId="00000015">
            <w:pPr>
              <w:rPr>
                <w:rFonts w:ascii="Arial" w:cs="Arial" w:eastAsia="Arial" w:hAnsi="Arial"/>
              </w:rPr>
            </w:pPr>
            <w:r w:rsidDel="00000000" w:rsidR="00000000" w:rsidRPr="00000000">
              <w:rPr>
                <w:rFonts w:ascii="Arial" w:cs="Arial" w:eastAsia="Arial" w:hAnsi="Arial"/>
                <w:rtl w:val="0"/>
              </w:rPr>
              <w:t xml:space="preserve">Laptop</w:t>
            </w:r>
          </w:p>
        </w:tc>
        <w:tc>
          <w:tcPr/>
          <w:p w:rsidR="00000000" w:rsidDel="00000000" w:rsidP="00000000" w:rsidRDefault="00000000" w:rsidRPr="00000000" w14:paraId="00000016">
            <w:pPr>
              <w:rPr>
                <w:rFonts w:ascii="Arial" w:cs="Arial" w:eastAsia="Arial" w:hAnsi="Arial"/>
              </w:rPr>
            </w:pPr>
            <w:r w:rsidDel="00000000" w:rsidR="00000000" w:rsidRPr="00000000">
              <w:rPr>
                <w:rtl w:val="0"/>
              </w:rPr>
            </w:r>
          </w:p>
        </w:tc>
        <w:tc>
          <w:tcPr/>
          <w:p w:rsidR="00000000" w:rsidDel="00000000" w:rsidP="00000000" w:rsidRDefault="00000000" w:rsidRPr="00000000" w14:paraId="00000017">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18">
            <w:pPr>
              <w:rPr>
                <w:rFonts w:ascii="Arial" w:cs="Arial" w:eastAsia="Arial" w:hAnsi="Arial"/>
              </w:rPr>
            </w:pPr>
            <w:r w:rsidDel="00000000" w:rsidR="00000000" w:rsidRPr="00000000">
              <w:rPr>
                <w:rFonts w:ascii="Arial" w:cs="Arial" w:eastAsia="Arial" w:hAnsi="Arial"/>
                <w:rtl w:val="0"/>
              </w:rPr>
              <w:t xml:space="preserve">Desktop Computer</w:t>
            </w:r>
          </w:p>
        </w:tc>
        <w:tc>
          <w:tcPr/>
          <w:p w:rsidR="00000000" w:rsidDel="00000000" w:rsidP="00000000" w:rsidRDefault="00000000" w:rsidRPr="00000000" w14:paraId="00000019">
            <w:pPr>
              <w:rPr>
                <w:rFonts w:ascii="Arial" w:cs="Arial" w:eastAsia="Arial" w:hAnsi="Arial"/>
              </w:rPr>
            </w:pPr>
            <w:r w:rsidDel="00000000" w:rsidR="00000000" w:rsidRPr="00000000">
              <w:rPr>
                <w:rtl w:val="0"/>
              </w:rPr>
            </w:r>
          </w:p>
        </w:tc>
        <w:tc>
          <w:tcPr/>
          <w:p w:rsidR="00000000" w:rsidDel="00000000" w:rsidP="00000000" w:rsidRDefault="00000000" w:rsidRPr="00000000" w14:paraId="0000001A">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1B">
            <w:pPr>
              <w:rPr>
                <w:rFonts w:ascii="Arial" w:cs="Arial" w:eastAsia="Arial" w:hAnsi="Arial"/>
              </w:rPr>
            </w:pPr>
            <w:r w:rsidDel="00000000" w:rsidR="00000000" w:rsidRPr="00000000">
              <w:rPr>
                <w:rFonts w:ascii="Arial" w:cs="Arial" w:eastAsia="Arial" w:hAnsi="Arial"/>
                <w:rtl w:val="0"/>
              </w:rPr>
              <w:t xml:space="preserve">Smartphone</w:t>
            </w:r>
          </w:p>
        </w:tc>
        <w:tc>
          <w:tcPr/>
          <w:p w:rsidR="00000000" w:rsidDel="00000000" w:rsidP="00000000" w:rsidRDefault="00000000" w:rsidRPr="00000000" w14:paraId="0000001C">
            <w:pPr>
              <w:rPr>
                <w:rFonts w:ascii="Arial" w:cs="Arial" w:eastAsia="Arial" w:hAnsi="Arial"/>
              </w:rPr>
            </w:pPr>
            <w:r w:rsidDel="00000000" w:rsidR="00000000" w:rsidRPr="00000000">
              <w:rPr>
                <w:rtl w:val="0"/>
              </w:rPr>
            </w:r>
          </w:p>
        </w:tc>
        <w:tc>
          <w:tcPr/>
          <w:p w:rsidR="00000000" w:rsidDel="00000000" w:rsidP="00000000" w:rsidRDefault="00000000" w:rsidRPr="00000000" w14:paraId="0000001D">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1E">
            <w:pPr>
              <w:rPr>
                <w:rFonts w:ascii="Arial" w:cs="Arial" w:eastAsia="Arial" w:hAnsi="Arial"/>
              </w:rPr>
            </w:pPr>
            <w:r w:rsidDel="00000000" w:rsidR="00000000" w:rsidRPr="00000000">
              <w:rPr>
                <w:rFonts w:ascii="Arial" w:cs="Arial" w:eastAsia="Arial" w:hAnsi="Arial"/>
                <w:rtl w:val="0"/>
              </w:rPr>
              <w:t xml:space="preserve">Tablet</w:t>
            </w:r>
          </w:p>
        </w:tc>
        <w:tc>
          <w:tcPr/>
          <w:p w:rsidR="00000000" w:rsidDel="00000000" w:rsidP="00000000" w:rsidRDefault="00000000" w:rsidRPr="00000000" w14:paraId="0000001F">
            <w:pPr>
              <w:rPr>
                <w:rFonts w:ascii="Arial" w:cs="Arial" w:eastAsia="Arial" w:hAnsi="Arial"/>
              </w:rPr>
            </w:pPr>
            <w:r w:rsidDel="00000000" w:rsidR="00000000" w:rsidRPr="00000000">
              <w:rPr>
                <w:rtl w:val="0"/>
              </w:rPr>
            </w:r>
          </w:p>
        </w:tc>
        <w:tc>
          <w:tcPr/>
          <w:p w:rsidR="00000000" w:rsidDel="00000000" w:rsidP="00000000" w:rsidRDefault="00000000" w:rsidRPr="00000000" w14:paraId="00000020">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21">
            <w:pPr>
              <w:rPr>
                <w:rFonts w:ascii="Arial" w:cs="Arial" w:eastAsia="Arial" w:hAnsi="Arial"/>
              </w:rPr>
            </w:pPr>
            <w:r w:rsidDel="00000000" w:rsidR="00000000" w:rsidRPr="00000000">
              <w:rPr>
                <w:rFonts w:ascii="Arial" w:cs="Arial" w:eastAsia="Arial" w:hAnsi="Arial"/>
                <w:rtl w:val="0"/>
              </w:rPr>
              <w:t xml:space="preserve">Projector</w:t>
            </w:r>
          </w:p>
        </w:tc>
        <w:tc>
          <w:tcPr/>
          <w:p w:rsidR="00000000" w:rsidDel="00000000" w:rsidP="00000000" w:rsidRDefault="00000000" w:rsidRPr="00000000" w14:paraId="00000022">
            <w:pPr>
              <w:rPr>
                <w:rFonts w:ascii="Arial" w:cs="Arial" w:eastAsia="Arial" w:hAnsi="Arial"/>
              </w:rPr>
            </w:pPr>
            <w:r w:rsidDel="00000000" w:rsidR="00000000" w:rsidRPr="00000000">
              <w:rPr>
                <w:rtl w:val="0"/>
              </w:rPr>
            </w:r>
          </w:p>
        </w:tc>
        <w:tc>
          <w:tcPr/>
          <w:p w:rsidR="00000000" w:rsidDel="00000000" w:rsidP="00000000" w:rsidRDefault="00000000" w:rsidRPr="00000000" w14:paraId="00000023">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24">
            <w:pPr>
              <w:rPr>
                <w:rFonts w:ascii="Arial" w:cs="Arial" w:eastAsia="Arial" w:hAnsi="Arial"/>
              </w:rPr>
            </w:pPr>
            <w:r w:rsidDel="00000000" w:rsidR="00000000" w:rsidRPr="00000000">
              <w:rPr>
                <w:rFonts w:ascii="Arial" w:cs="Arial" w:eastAsia="Arial" w:hAnsi="Arial"/>
                <w:rtl w:val="0"/>
              </w:rPr>
              <w:t xml:space="preserve">Television</w:t>
            </w:r>
          </w:p>
        </w:tc>
        <w:tc>
          <w:tcPr/>
          <w:p w:rsidR="00000000" w:rsidDel="00000000" w:rsidP="00000000" w:rsidRDefault="00000000" w:rsidRPr="00000000" w14:paraId="00000025">
            <w:pPr>
              <w:rPr>
                <w:rFonts w:ascii="Arial" w:cs="Arial" w:eastAsia="Arial" w:hAnsi="Arial"/>
              </w:rPr>
            </w:pPr>
            <w:r w:rsidDel="00000000" w:rsidR="00000000" w:rsidRPr="00000000">
              <w:rPr>
                <w:rtl w:val="0"/>
              </w:rPr>
            </w:r>
          </w:p>
        </w:tc>
        <w:tc>
          <w:tcPr/>
          <w:p w:rsidR="00000000" w:rsidDel="00000000" w:rsidP="00000000" w:rsidRDefault="00000000" w:rsidRPr="00000000" w14:paraId="00000026">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27">
            <w:pPr>
              <w:rPr>
                <w:rFonts w:ascii="Arial" w:cs="Arial" w:eastAsia="Arial" w:hAnsi="Arial"/>
              </w:rPr>
            </w:pPr>
            <w:r w:rsidDel="00000000" w:rsidR="00000000" w:rsidRPr="00000000">
              <w:rPr>
                <w:rFonts w:ascii="Arial" w:cs="Arial" w:eastAsia="Arial" w:hAnsi="Arial"/>
                <w:rtl w:val="0"/>
              </w:rPr>
              <w:t xml:space="preserve">Printer</w:t>
            </w:r>
          </w:p>
        </w:tc>
        <w:tc>
          <w:tcPr/>
          <w:p w:rsidR="00000000" w:rsidDel="00000000" w:rsidP="00000000" w:rsidRDefault="00000000" w:rsidRPr="00000000" w14:paraId="00000028">
            <w:pPr>
              <w:rPr>
                <w:rFonts w:ascii="Arial" w:cs="Arial" w:eastAsia="Arial" w:hAnsi="Arial"/>
              </w:rPr>
            </w:pPr>
            <w:r w:rsidDel="00000000" w:rsidR="00000000" w:rsidRPr="00000000">
              <w:rPr>
                <w:rtl w:val="0"/>
              </w:rPr>
            </w:r>
          </w:p>
        </w:tc>
        <w:tc>
          <w:tcPr/>
          <w:p w:rsidR="00000000" w:rsidDel="00000000" w:rsidP="00000000" w:rsidRDefault="00000000" w:rsidRPr="00000000" w14:paraId="00000029">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2A">
            <w:pPr>
              <w:rPr>
                <w:rFonts w:ascii="Arial" w:cs="Arial" w:eastAsia="Arial" w:hAnsi="Arial"/>
              </w:rPr>
            </w:pPr>
            <w:r w:rsidDel="00000000" w:rsidR="00000000" w:rsidRPr="00000000">
              <w:rPr>
                <w:rFonts w:ascii="Arial" w:cs="Arial" w:eastAsia="Arial" w:hAnsi="Arial"/>
                <w:rtl w:val="0"/>
              </w:rPr>
              <w:t xml:space="preserve">Internet Connection</w:t>
            </w:r>
          </w:p>
        </w:tc>
        <w:tc>
          <w:tcPr/>
          <w:p w:rsidR="00000000" w:rsidDel="00000000" w:rsidP="00000000" w:rsidRDefault="00000000" w:rsidRPr="00000000" w14:paraId="0000002B">
            <w:pPr>
              <w:rPr>
                <w:rFonts w:ascii="Arial" w:cs="Arial" w:eastAsia="Arial" w:hAnsi="Arial"/>
              </w:rPr>
            </w:pPr>
            <w:r w:rsidDel="00000000" w:rsidR="00000000" w:rsidRPr="00000000">
              <w:rPr>
                <w:rtl w:val="0"/>
              </w:rPr>
            </w:r>
          </w:p>
        </w:tc>
        <w:tc>
          <w:tcPr/>
          <w:p w:rsidR="00000000" w:rsidDel="00000000" w:rsidP="00000000" w:rsidRDefault="00000000" w:rsidRPr="00000000" w14:paraId="0000002C">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2D">
            <w:pPr>
              <w:rPr>
                <w:rFonts w:ascii="Arial" w:cs="Arial" w:eastAsia="Arial" w:hAnsi="Arial"/>
              </w:rPr>
            </w:pPr>
            <w:r w:rsidDel="00000000" w:rsidR="00000000" w:rsidRPr="00000000">
              <w:rPr>
                <w:rFonts w:ascii="Arial" w:cs="Arial" w:eastAsia="Arial" w:hAnsi="Arial"/>
                <w:rtl w:val="0"/>
              </w:rPr>
              <w:t xml:space="preserve">Mobile Data Access</w:t>
            </w:r>
          </w:p>
        </w:tc>
        <w:tc>
          <w:tcPr/>
          <w:p w:rsidR="00000000" w:rsidDel="00000000" w:rsidP="00000000" w:rsidRDefault="00000000" w:rsidRPr="00000000" w14:paraId="0000002E">
            <w:pPr>
              <w:rPr>
                <w:rFonts w:ascii="Arial" w:cs="Arial" w:eastAsia="Arial" w:hAnsi="Arial"/>
              </w:rPr>
            </w:pPr>
            <w:r w:rsidDel="00000000" w:rsidR="00000000" w:rsidRPr="00000000">
              <w:rPr>
                <w:rtl w:val="0"/>
              </w:rPr>
            </w:r>
          </w:p>
        </w:tc>
        <w:tc>
          <w:tcPr/>
          <w:p w:rsidR="00000000" w:rsidDel="00000000" w:rsidP="00000000" w:rsidRDefault="00000000" w:rsidRPr="00000000" w14:paraId="0000002F">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30">
            <w:pPr>
              <w:rPr>
                <w:rFonts w:ascii="Arial" w:cs="Arial" w:eastAsia="Arial" w:hAnsi="Arial"/>
              </w:rPr>
            </w:pPr>
            <w:r w:rsidDel="00000000" w:rsidR="00000000" w:rsidRPr="00000000">
              <w:rPr>
                <w:rFonts w:ascii="Arial" w:cs="Arial" w:eastAsia="Arial" w:hAnsi="Arial"/>
                <w:rtl w:val="0"/>
              </w:rPr>
              <w:t xml:space="preserve">Speakers</w:t>
            </w:r>
          </w:p>
        </w:tc>
        <w:tc>
          <w:tcPr/>
          <w:p w:rsidR="00000000" w:rsidDel="00000000" w:rsidP="00000000" w:rsidRDefault="00000000" w:rsidRPr="00000000" w14:paraId="00000031">
            <w:pPr>
              <w:rPr>
                <w:rFonts w:ascii="Arial" w:cs="Arial" w:eastAsia="Arial" w:hAnsi="Arial"/>
              </w:rPr>
            </w:pPr>
            <w:r w:rsidDel="00000000" w:rsidR="00000000" w:rsidRPr="00000000">
              <w:rPr>
                <w:rtl w:val="0"/>
              </w:rPr>
            </w:r>
          </w:p>
        </w:tc>
        <w:tc>
          <w:tcPr/>
          <w:p w:rsidR="00000000" w:rsidDel="00000000" w:rsidP="00000000" w:rsidRDefault="00000000" w:rsidRPr="00000000" w14:paraId="00000032">
            <w:pPr>
              <w:rPr>
                <w:rFonts w:ascii="Arial" w:cs="Arial" w:eastAsia="Arial" w:hAnsi="Arial"/>
              </w:rPr>
            </w:pPr>
            <w:r w:rsidDel="00000000" w:rsidR="00000000" w:rsidRPr="00000000">
              <w:rPr>
                <w:rtl w:val="0"/>
              </w:rPr>
            </w:r>
          </w:p>
        </w:tc>
      </w:tr>
    </w:tbl>
    <w:p w:rsidR="00000000" w:rsidDel="00000000" w:rsidP="00000000" w:rsidRDefault="00000000" w:rsidRPr="00000000" w14:paraId="00000033">
      <w:pPr>
        <w:pStyle w:val="Head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Part III. ICT Integration Practices (1=Never, 5=Always)</w:t>
      </w:r>
    </w:p>
    <w:tbl>
      <w:tblPr>
        <w:tblStyle w:val="Table2"/>
        <w:tblW w:w="8640.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1440"/>
        <w:gridCol w:w="1440"/>
        <w:gridCol w:w="1440"/>
        <w:gridCol w:w="1440"/>
        <w:gridCol w:w="1440"/>
        <w:gridCol w:w="1440"/>
        <w:tblGridChange w:id="0">
          <w:tblGrid>
            <w:gridCol w:w="1440"/>
            <w:gridCol w:w="1440"/>
            <w:gridCol w:w="1440"/>
            <w:gridCol w:w="1440"/>
            <w:gridCol w:w="1440"/>
            <w:gridCol w:w="1440"/>
          </w:tblGrid>
        </w:tblGridChange>
      </w:tblGrid>
      <w:tr>
        <w:trPr>
          <w:cantSplit w:val="0"/>
          <w:tblHeader w:val="0"/>
        </w:trPr>
        <w:tc>
          <w:tcPr/>
          <w:p w:rsidR="00000000" w:rsidDel="00000000" w:rsidP="00000000" w:rsidRDefault="00000000" w:rsidRPr="00000000" w14:paraId="00000034">
            <w:pPr>
              <w:rPr>
                <w:rFonts w:ascii="Arial" w:cs="Arial" w:eastAsia="Arial" w:hAnsi="Arial"/>
              </w:rPr>
            </w:pPr>
            <w:r w:rsidDel="00000000" w:rsidR="00000000" w:rsidRPr="00000000">
              <w:rPr>
                <w:rFonts w:ascii="Arial" w:cs="Arial" w:eastAsia="Arial" w:hAnsi="Arial"/>
                <w:rtl w:val="0"/>
              </w:rPr>
              <w:t xml:space="preserve">Statement</w:t>
            </w:r>
          </w:p>
        </w:tc>
        <w:tc>
          <w:tcPr/>
          <w:p w:rsidR="00000000" w:rsidDel="00000000" w:rsidP="00000000" w:rsidRDefault="00000000" w:rsidRPr="00000000" w14:paraId="00000035">
            <w:pPr>
              <w:rPr>
                <w:rFonts w:ascii="Arial" w:cs="Arial" w:eastAsia="Arial" w:hAnsi="Arial"/>
              </w:rPr>
            </w:pPr>
            <w:r w:rsidDel="00000000" w:rsidR="00000000" w:rsidRPr="00000000">
              <w:rPr>
                <w:rFonts w:ascii="Arial" w:cs="Arial" w:eastAsia="Arial" w:hAnsi="Arial"/>
                <w:rtl w:val="0"/>
              </w:rPr>
              <w:t xml:space="preserve">1</w:t>
            </w:r>
          </w:p>
        </w:tc>
        <w:tc>
          <w:tcPr/>
          <w:p w:rsidR="00000000" w:rsidDel="00000000" w:rsidP="00000000" w:rsidRDefault="00000000" w:rsidRPr="00000000" w14:paraId="00000036">
            <w:pPr>
              <w:rPr>
                <w:rFonts w:ascii="Arial" w:cs="Arial" w:eastAsia="Arial" w:hAnsi="Arial"/>
              </w:rPr>
            </w:pPr>
            <w:r w:rsidDel="00000000" w:rsidR="00000000" w:rsidRPr="00000000">
              <w:rPr>
                <w:rFonts w:ascii="Arial" w:cs="Arial" w:eastAsia="Arial" w:hAnsi="Arial"/>
                <w:rtl w:val="0"/>
              </w:rPr>
              <w:t xml:space="preserve">2</w:t>
            </w:r>
          </w:p>
        </w:tc>
        <w:tc>
          <w:tcPr/>
          <w:p w:rsidR="00000000" w:rsidDel="00000000" w:rsidP="00000000" w:rsidRDefault="00000000" w:rsidRPr="00000000" w14:paraId="00000037">
            <w:pPr>
              <w:rPr>
                <w:rFonts w:ascii="Arial" w:cs="Arial" w:eastAsia="Arial" w:hAnsi="Arial"/>
              </w:rPr>
            </w:pPr>
            <w:r w:rsidDel="00000000" w:rsidR="00000000" w:rsidRPr="00000000">
              <w:rPr>
                <w:rFonts w:ascii="Arial" w:cs="Arial" w:eastAsia="Arial" w:hAnsi="Arial"/>
                <w:rtl w:val="0"/>
              </w:rPr>
              <w:t xml:space="preserve">3</w:t>
            </w:r>
          </w:p>
        </w:tc>
        <w:tc>
          <w:tcPr/>
          <w:p w:rsidR="00000000" w:rsidDel="00000000" w:rsidP="00000000" w:rsidRDefault="00000000" w:rsidRPr="00000000" w14:paraId="00000038">
            <w:pPr>
              <w:rPr>
                <w:rFonts w:ascii="Arial" w:cs="Arial" w:eastAsia="Arial" w:hAnsi="Arial"/>
              </w:rPr>
            </w:pPr>
            <w:r w:rsidDel="00000000" w:rsidR="00000000" w:rsidRPr="00000000">
              <w:rPr>
                <w:rFonts w:ascii="Arial" w:cs="Arial" w:eastAsia="Arial" w:hAnsi="Arial"/>
                <w:rtl w:val="0"/>
              </w:rPr>
              <w:t xml:space="preserve">4</w:t>
            </w:r>
          </w:p>
        </w:tc>
        <w:tc>
          <w:tcPr/>
          <w:p w:rsidR="00000000" w:rsidDel="00000000" w:rsidP="00000000" w:rsidRDefault="00000000" w:rsidRPr="00000000" w14:paraId="00000039">
            <w:pPr>
              <w:rPr>
                <w:rFonts w:ascii="Arial" w:cs="Arial" w:eastAsia="Arial" w:hAnsi="Arial"/>
              </w:rPr>
            </w:pPr>
            <w:r w:rsidDel="00000000" w:rsidR="00000000" w:rsidRPr="00000000">
              <w:rPr>
                <w:rFonts w:ascii="Arial" w:cs="Arial" w:eastAsia="Arial" w:hAnsi="Arial"/>
                <w:rtl w:val="0"/>
              </w:rPr>
              <w:t xml:space="preserve">5</w:t>
            </w:r>
          </w:p>
        </w:tc>
      </w:tr>
      <w:tr>
        <w:trPr>
          <w:cantSplit w:val="0"/>
          <w:tblHeader w:val="0"/>
        </w:trPr>
        <w:tc>
          <w:tcPr/>
          <w:p w:rsidR="00000000" w:rsidDel="00000000" w:rsidP="00000000" w:rsidRDefault="00000000" w:rsidRPr="00000000" w14:paraId="0000003A">
            <w:pPr>
              <w:rPr>
                <w:rFonts w:ascii="Arial" w:cs="Arial" w:eastAsia="Arial" w:hAnsi="Arial"/>
              </w:rPr>
            </w:pPr>
            <w:r w:rsidDel="00000000" w:rsidR="00000000" w:rsidRPr="00000000">
              <w:rPr>
                <w:rFonts w:ascii="Arial" w:cs="Arial" w:eastAsia="Arial" w:hAnsi="Arial"/>
                <w:rtl w:val="0"/>
              </w:rPr>
              <w:t xml:space="preserve">I use ICT resources when preparing lessons.</w:t>
            </w:r>
          </w:p>
        </w:tc>
        <w:tc>
          <w:tcPr/>
          <w:p w:rsidR="00000000" w:rsidDel="00000000" w:rsidP="00000000" w:rsidRDefault="00000000" w:rsidRPr="00000000" w14:paraId="0000003B">
            <w:pPr>
              <w:rPr>
                <w:rFonts w:ascii="Arial" w:cs="Arial" w:eastAsia="Arial" w:hAnsi="Arial"/>
              </w:rPr>
            </w:pPr>
            <w:r w:rsidDel="00000000" w:rsidR="00000000" w:rsidRPr="00000000">
              <w:rPr>
                <w:rtl w:val="0"/>
              </w:rPr>
            </w:r>
          </w:p>
        </w:tc>
        <w:tc>
          <w:tcPr/>
          <w:p w:rsidR="00000000" w:rsidDel="00000000" w:rsidP="00000000" w:rsidRDefault="00000000" w:rsidRPr="00000000" w14:paraId="0000003C">
            <w:pPr>
              <w:rPr>
                <w:rFonts w:ascii="Arial" w:cs="Arial" w:eastAsia="Arial" w:hAnsi="Arial"/>
              </w:rPr>
            </w:pPr>
            <w:r w:rsidDel="00000000" w:rsidR="00000000" w:rsidRPr="00000000">
              <w:rPr>
                <w:rtl w:val="0"/>
              </w:rPr>
            </w:r>
          </w:p>
        </w:tc>
        <w:tc>
          <w:tcPr/>
          <w:p w:rsidR="00000000" w:rsidDel="00000000" w:rsidP="00000000" w:rsidRDefault="00000000" w:rsidRPr="00000000" w14:paraId="0000003D">
            <w:pPr>
              <w:rPr>
                <w:rFonts w:ascii="Arial" w:cs="Arial" w:eastAsia="Arial" w:hAnsi="Arial"/>
              </w:rPr>
            </w:pPr>
            <w:r w:rsidDel="00000000" w:rsidR="00000000" w:rsidRPr="00000000">
              <w:rPr>
                <w:rtl w:val="0"/>
              </w:rPr>
            </w:r>
          </w:p>
        </w:tc>
        <w:tc>
          <w:tcPr/>
          <w:p w:rsidR="00000000" w:rsidDel="00000000" w:rsidP="00000000" w:rsidRDefault="00000000" w:rsidRPr="00000000" w14:paraId="0000003E">
            <w:pPr>
              <w:rPr>
                <w:rFonts w:ascii="Arial" w:cs="Arial" w:eastAsia="Arial" w:hAnsi="Arial"/>
              </w:rPr>
            </w:pPr>
            <w:r w:rsidDel="00000000" w:rsidR="00000000" w:rsidRPr="00000000">
              <w:rPr>
                <w:rtl w:val="0"/>
              </w:rPr>
            </w:r>
          </w:p>
        </w:tc>
        <w:tc>
          <w:tcPr/>
          <w:p w:rsidR="00000000" w:rsidDel="00000000" w:rsidP="00000000" w:rsidRDefault="00000000" w:rsidRPr="00000000" w14:paraId="0000003F">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40">
            <w:pPr>
              <w:rPr>
                <w:rFonts w:ascii="Arial" w:cs="Arial" w:eastAsia="Arial" w:hAnsi="Arial"/>
              </w:rPr>
            </w:pPr>
            <w:r w:rsidDel="00000000" w:rsidR="00000000" w:rsidRPr="00000000">
              <w:rPr>
                <w:rFonts w:ascii="Arial" w:cs="Arial" w:eastAsia="Arial" w:hAnsi="Arial"/>
                <w:rtl w:val="0"/>
              </w:rPr>
              <w:t xml:space="preserve">I use multimedia presentations during instruction.</w:t>
            </w:r>
          </w:p>
        </w:tc>
        <w:tc>
          <w:tcPr/>
          <w:p w:rsidR="00000000" w:rsidDel="00000000" w:rsidP="00000000" w:rsidRDefault="00000000" w:rsidRPr="00000000" w14:paraId="00000041">
            <w:pPr>
              <w:rPr>
                <w:rFonts w:ascii="Arial" w:cs="Arial" w:eastAsia="Arial" w:hAnsi="Arial"/>
              </w:rPr>
            </w:pPr>
            <w:r w:rsidDel="00000000" w:rsidR="00000000" w:rsidRPr="00000000">
              <w:rPr>
                <w:rtl w:val="0"/>
              </w:rPr>
            </w:r>
          </w:p>
        </w:tc>
        <w:tc>
          <w:tcPr/>
          <w:p w:rsidR="00000000" w:rsidDel="00000000" w:rsidP="00000000" w:rsidRDefault="00000000" w:rsidRPr="00000000" w14:paraId="00000042">
            <w:pPr>
              <w:rPr>
                <w:rFonts w:ascii="Arial" w:cs="Arial" w:eastAsia="Arial" w:hAnsi="Arial"/>
              </w:rPr>
            </w:pPr>
            <w:r w:rsidDel="00000000" w:rsidR="00000000" w:rsidRPr="00000000">
              <w:rPr>
                <w:rtl w:val="0"/>
              </w:rPr>
            </w:r>
          </w:p>
        </w:tc>
        <w:tc>
          <w:tcPr/>
          <w:p w:rsidR="00000000" w:rsidDel="00000000" w:rsidP="00000000" w:rsidRDefault="00000000" w:rsidRPr="00000000" w14:paraId="00000043">
            <w:pPr>
              <w:rPr>
                <w:rFonts w:ascii="Arial" w:cs="Arial" w:eastAsia="Arial" w:hAnsi="Arial"/>
              </w:rPr>
            </w:pPr>
            <w:r w:rsidDel="00000000" w:rsidR="00000000" w:rsidRPr="00000000">
              <w:rPr>
                <w:rtl w:val="0"/>
              </w:rPr>
            </w:r>
          </w:p>
        </w:tc>
        <w:tc>
          <w:tcPr/>
          <w:p w:rsidR="00000000" w:rsidDel="00000000" w:rsidP="00000000" w:rsidRDefault="00000000" w:rsidRPr="00000000" w14:paraId="00000044">
            <w:pPr>
              <w:rPr>
                <w:rFonts w:ascii="Arial" w:cs="Arial" w:eastAsia="Arial" w:hAnsi="Arial"/>
              </w:rPr>
            </w:pPr>
            <w:r w:rsidDel="00000000" w:rsidR="00000000" w:rsidRPr="00000000">
              <w:rPr>
                <w:rtl w:val="0"/>
              </w:rPr>
            </w:r>
          </w:p>
        </w:tc>
        <w:tc>
          <w:tcPr/>
          <w:p w:rsidR="00000000" w:rsidDel="00000000" w:rsidP="00000000" w:rsidRDefault="00000000" w:rsidRPr="00000000" w14:paraId="00000045">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46">
            <w:pPr>
              <w:rPr>
                <w:rFonts w:ascii="Arial" w:cs="Arial" w:eastAsia="Arial" w:hAnsi="Arial"/>
              </w:rPr>
            </w:pPr>
            <w:r w:rsidDel="00000000" w:rsidR="00000000" w:rsidRPr="00000000">
              <w:rPr>
                <w:rFonts w:ascii="Arial" w:cs="Arial" w:eastAsia="Arial" w:hAnsi="Arial"/>
                <w:rtl w:val="0"/>
              </w:rPr>
              <w:t xml:space="preserve">I use videos, images, or digital resources to explain concepts.</w:t>
            </w:r>
          </w:p>
        </w:tc>
        <w:tc>
          <w:tcPr/>
          <w:p w:rsidR="00000000" w:rsidDel="00000000" w:rsidP="00000000" w:rsidRDefault="00000000" w:rsidRPr="00000000" w14:paraId="00000047">
            <w:pPr>
              <w:rPr>
                <w:rFonts w:ascii="Arial" w:cs="Arial" w:eastAsia="Arial" w:hAnsi="Arial"/>
              </w:rPr>
            </w:pPr>
            <w:r w:rsidDel="00000000" w:rsidR="00000000" w:rsidRPr="00000000">
              <w:rPr>
                <w:rtl w:val="0"/>
              </w:rPr>
            </w:r>
          </w:p>
        </w:tc>
        <w:tc>
          <w:tcPr/>
          <w:p w:rsidR="00000000" w:rsidDel="00000000" w:rsidP="00000000" w:rsidRDefault="00000000" w:rsidRPr="00000000" w14:paraId="00000048">
            <w:pPr>
              <w:rPr>
                <w:rFonts w:ascii="Arial" w:cs="Arial" w:eastAsia="Arial" w:hAnsi="Arial"/>
              </w:rPr>
            </w:pPr>
            <w:r w:rsidDel="00000000" w:rsidR="00000000" w:rsidRPr="00000000">
              <w:rPr>
                <w:rtl w:val="0"/>
              </w:rPr>
            </w:r>
          </w:p>
        </w:tc>
        <w:tc>
          <w:tcPr/>
          <w:p w:rsidR="00000000" w:rsidDel="00000000" w:rsidP="00000000" w:rsidRDefault="00000000" w:rsidRPr="00000000" w14:paraId="00000049">
            <w:pPr>
              <w:rPr>
                <w:rFonts w:ascii="Arial" w:cs="Arial" w:eastAsia="Arial" w:hAnsi="Arial"/>
              </w:rPr>
            </w:pPr>
            <w:r w:rsidDel="00000000" w:rsidR="00000000" w:rsidRPr="00000000">
              <w:rPr>
                <w:rtl w:val="0"/>
              </w:rPr>
            </w:r>
          </w:p>
        </w:tc>
        <w:tc>
          <w:tcPr/>
          <w:p w:rsidR="00000000" w:rsidDel="00000000" w:rsidP="00000000" w:rsidRDefault="00000000" w:rsidRPr="00000000" w14:paraId="0000004A">
            <w:pPr>
              <w:rPr>
                <w:rFonts w:ascii="Arial" w:cs="Arial" w:eastAsia="Arial" w:hAnsi="Arial"/>
              </w:rPr>
            </w:pPr>
            <w:r w:rsidDel="00000000" w:rsidR="00000000" w:rsidRPr="00000000">
              <w:rPr>
                <w:rtl w:val="0"/>
              </w:rPr>
            </w:r>
          </w:p>
        </w:tc>
        <w:tc>
          <w:tcPr/>
          <w:p w:rsidR="00000000" w:rsidDel="00000000" w:rsidP="00000000" w:rsidRDefault="00000000" w:rsidRPr="00000000" w14:paraId="0000004B">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4C">
            <w:pPr>
              <w:rPr>
                <w:rFonts w:ascii="Arial" w:cs="Arial" w:eastAsia="Arial" w:hAnsi="Arial"/>
              </w:rPr>
            </w:pPr>
            <w:r w:rsidDel="00000000" w:rsidR="00000000" w:rsidRPr="00000000">
              <w:rPr>
                <w:rFonts w:ascii="Arial" w:cs="Arial" w:eastAsia="Arial" w:hAnsi="Arial"/>
                <w:rtl w:val="0"/>
              </w:rPr>
              <w:t xml:space="preserve">I integrate ICT into classroom learning activities.</w:t>
            </w:r>
          </w:p>
        </w:tc>
        <w:tc>
          <w:tcPr/>
          <w:p w:rsidR="00000000" w:rsidDel="00000000" w:rsidP="00000000" w:rsidRDefault="00000000" w:rsidRPr="00000000" w14:paraId="0000004D">
            <w:pPr>
              <w:rPr>
                <w:rFonts w:ascii="Arial" w:cs="Arial" w:eastAsia="Arial" w:hAnsi="Arial"/>
              </w:rPr>
            </w:pPr>
            <w:r w:rsidDel="00000000" w:rsidR="00000000" w:rsidRPr="00000000">
              <w:rPr>
                <w:rtl w:val="0"/>
              </w:rPr>
            </w:r>
          </w:p>
        </w:tc>
        <w:tc>
          <w:tcPr/>
          <w:p w:rsidR="00000000" w:rsidDel="00000000" w:rsidP="00000000" w:rsidRDefault="00000000" w:rsidRPr="00000000" w14:paraId="0000004E">
            <w:pPr>
              <w:rPr>
                <w:rFonts w:ascii="Arial" w:cs="Arial" w:eastAsia="Arial" w:hAnsi="Arial"/>
              </w:rPr>
            </w:pPr>
            <w:r w:rsidDel="00000000" w:rsidR="00000000" w:rsidRPr="00000000">
              <w:rPr>
                <w:rtl w:val="0"/>
              </w:rPr>
            </w:r>
          </w:p>
        </w:tc>
        <w:tc>
          <w:tcPr/>
          <w:p w:rsidR="00000000" w:rsidDel="00000000" w:rsidP="00000000" w:rsidRDefault="00000000" w:rsidRPr="00000000" w14:paraId="0000004F">
            <w:pPr>
              <w:rPr>
                <w:rFonts w:ascii="Arial" w:cs="Arial" w:eastAsia="Arial" w:hAnsi="Arial"/>
              </w:rPr>
            </w:pPr>
            <w:r w:rsidDel="00000000" w:rsidR="00000000" w:rsidRPr="00000000">
              <w:rPr>
                <w:rtl w:val="0"/>
              </w:rPr>
            </w:r>
          </w:p>
        </w:tc>
        <w:tc>
          <w:tcPr/>
          <w:p w:rsidR="00000000" w:rsidDel="00000000" w:rsidP="00000000" w:rsidRDefault="00000000" w:rsidRPr="00000000" w14:paraId="00000050">
            <w:pPr>
              <w:rPr>
                <w:rFonts w:ascii="Arial" w:cs="Arial" w:eastAsia="Arial" w:hAnsi="Arial"/>
              </w:rPr>
            </w:pPr>
            <w:r w:rsidDel="00000000" w:rsidR="00000000" w:rsidRPr="00000000">
              <w:rPr>
                <w:rtl w:val="0"/>
              </w:rPr>
            </w:r>
          </w:p>
        </w:tc>
        <w:tc>
          <w:tcPr/>
          <w:p w:rsidR="00000000" w:rsidDel="00000000" w:rsidP="00000000" w:rsidRDefault="00000000" w:rsidRPr="00000000" w14:paraId="00000051">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52">
            <w:pPr>
              <w:rPr>
                <w:rFonts w:ascii="Arial" w:cs="Arial" w:eastAsia="Arial" w:hAnsi="Arial"/>
              </w:rPr>
            </w:pPr>
            <w:r w:rsidDel="00000000" w:rsidR="00000000" w:rsidRPr="00000000">
              <w:rPr>
                <w:rFonts w:ascii="Arial" w:cs="Arial" w:eastAsia="Arial" w:hAnsi="Arial"/>
                <w:rtl w:val="0"/>
              </w:rPr>
              <w:t xml:space="preserve">I use ICT to increase learner engagement.</w:t>
            </w:r>
          </w:p>
        </w:tc>
        <w:tc>
          <w:tcPr/>
          <w:p w:rsidR="00000000" w:rsidDel="00000000" w:rsidP="00000000" w:rsidRDefault="00000000" w:rsidRPr="00000000" w14:paraId="00000053">
            <w:pPr>
              <w:rPr>
                <w:rFonts w:ascii="Arial" w:cs="Arial" w:eastAsia="Arial" w:hAnsi="Arial"/>
              </w:rPr>
            </w:pPr>
            <w:r w:rsidDel="00000000" w:rsidR="00000000" w:rsidRPr="00000000">
              <w:rPr>
                <w:rtl w:val="0"/>
              </w:rPr>
            </w:r>
          </w:p>
        </w:tc>
        <w:tc>
          <w:tcPr/>
          <w:p w:rsidR="00000000" w:rsidDel="00000000" w:rsidP="00000000" w:rsidRDefault="00000000" w:rsidRPr="00000000" w14:paraId="00000054">
            <w:pPr>
              <w:rPr>
                <w:rFonts w:ascii="Arial" w:cs="Arial" w:eastAsia="Arial" w:hAnsi="Arial"/>
              </w:rPr>
            </w:pPr>
            <w:r w:rsidDel="00000000" w:rsidR="00000000" w:rsidRPr="00000000">
              <w:rPr>
                <w:rtl w:val="0"/>
              </w:rPr>
            </w:r>
          </w:p>
        </w:tc>
        <w:tc>
          <w:tcPr/>
          <w:p w:rsidR="00000000" w:rsidDel="00000000" w:rsidP="00000000" w:rsidRDefault="00000000" w:rsidRPr="00000000" w14:paraId="00000055">
            <w:pPr>
              <w:rPr>
                <w:rFonts w:ascii="Arial" w:cs="Arial" w:eastAsia="Arial" w:hAnsi="Arial"/>
              </w:rPr>
            </w:pPr>
            <w:r w:rsidDel="00000000" w:rsidR="00000000" w:rsidRPr="00000000">
              <w:rPr>
                <w:rtl w:val="0"/>
              </w:rPr>
            </w:r>
          </w:p>
        </w:tc>
        <w:tc>
          <w:tcPr/>
          <w:p w:rsidR="00000000" w:rsidDel="00000000" w:rsidP="00000000" w:rsidRDefault="00000000" w:rsidRPr="00000000" w14:paraId="00000056">
            <w:pPr>
              <w:rPr>
                <w:rFonts w:ascii="Arial" w:cs="Arial" w:eastAsia="Arial" w:hAnsi="Arial"/>
              </w:rPr>
            </w:pPr>
            <w:r w:rsidDel="00000000" w:rsidR="00000000" w:rsidRPr="00000000">
              <w:rPr>
                <w:rtl w:val="0"/>
              </w:rPr>
            </w:r>
          </w:p>
        </w:tc>
        <w:tc>
          <w:tcPr/>
          <w:p w:rsidR="00000000" w:rsidDel="00000000" w:rsidP="00000000" w:rsidRDefault="00000000" w:rsidRPr="00000000" w14:paraId="00000057">
            <w:pPr>
              <w:rPr>
                <w:rFonts w:ascii="Arial" w:cs="Arial" w:eastAsia="Arial" w:hAnsi="Arial"/>
              </w:rPr>
            </w:pPr>
            <w:r w:rsidDel="00000000" w:rsidR="00000000" w:rsidRPr="00000000">
              <w:rPr>
                <w:rtl w:val="0"/>
              </w:rPr>
            </w:r>
          </w:p>
          <w:p w:rsidR="00000000" w:rsidDel="00000000" w:rsidP="00000000" w:rsidRDefault="00000000" w:rsidRPr="00000000" w14:paraId="00000058">
            <w:pPr>
              <w:rPr>
                <w:rFonts w:ascii="Arial" w:cs="Arial" w:eastAsia="Arial" w:hAnsi="Arial"/>
              </w:rPr>
            </w:pPr>
            <w:r w:rsidDel="00000000" w:rsidR="00000000" w:rsidRPr="00000000">
              <w:rPr>
                <w:rtl w:val="0"/>
              </w:rPr>
            </w:r>
          </w:p>
          <w:p w:rsidR="00000000" w:rsidDel="00000000" w:rsidP="00000000" w:rsidRDefault="00000000" w:rsidRPr="00000000" w14:paraId="00000059">
            <w:pPr>
              <w:rPr>
                <w:rFonts w:ascii="Arial" w:cs="Arial" w:eastAsia="Arial" w:hAnsi="Arial"/>
              </w:rPr>
            </w:pPr>
            <w:r w:rsidDel="00000000" w:rsidR="00000000" w:rsidRPr="00000000">
              <w:rPr>
                <w:rtl w:val="0"/>
              </w:rPr>
            </w:r>
          </w:p>
          <w:p w:rsidR="00000000" w:rsidDel="00000000" w:rsidP="00000000" w:rsidRDefault="00000000" w:rsidRPr="00000000" w14:paraId="0000005A">
            <w:pPr>
              <w:rPr>
                <w:rFonts w:ascii="Arial" w:cs="Arial" w:eastAsia="Arial" w:hAnsi="Arial"/>
              </w:rPr>
            </w:pPr>
            <w:r w:rsidDel="00000000" w:rsidR="00000000" w:rsidRPr="00000000">
              <w:rPr>
                <w:rtl w:val="0"/>
              </w:rPr>
            </w:r>
          </w:p>
          <w:p w:rsidR="00000000" w:rsidDel="00000000" w:rsidP="00000000" w:rsidRDefault="00000000" w:rsidRPr="00000000" w14:paraId="0000005B">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5C">
            <w:pPr>
              <w:rPr>
                <w:rFonts w:ascii="Arial" w:cs="Arial" w:eastAsia="Arial" w:hAnsi="Arial"/>
              </w:rPr>
            </w:pPr>
            <w:r w:rsidDel="00000000" w:rsidR="00000000" w:rsidRPr="00000000">
              <w:rPr>
                <w:rFonts w:ascii="Arial" w:cs="Arial" w:eastAsia="Arial" w:hAnsi="Arial"/>
                <w:rtl w:val="0"/>
              </w:rPr>
              <w:t xml:space="preserve">I use ICT to assess learner performance.</w:t>
            </w:r>
          </w:p>
        </w:tc>
        <w:tc>
          <w:tcPr/>
          <w:p w:rsidR="00000000" w:rsidDel="00000000" w:rsidP="00000000" w:rsidRDefault="00000000" w:rsidRPr="00000000" w14:paraId="0000005D">
            <w:pPr>
              <w:rPr>
                <w:rFonts w:ascii="Arial" w:cs="Arial" w:eastAsia="Arial" w:hAnsi="Arial"/>
              </w:rPr>
            </w:pPr>
            <w:r w:rsidDel="00000000" w:rsidR="00000000" w:rsidRPr="00000000">
              <w:rPr>
                <w:rtl w:val="0"/>
              </w:rPr>
            </w:r>
          </w:p>
        </w:tc>
        <w:tc>
          <w:tcPr/>
          <w:p w:rsidR="00000000" w:rsidDel="00000000" w:rsidP="00000000" w:rsidRDefault="00000000" w:rsidRPr="00000000" w14:paraId="0000005E">
            <w:pPr>
              <w:rPr>
                <w:rFonts w:ascii="Arial" w:cs="Arial" w:eastAsia="Arial" w:hAnsi="Arial"/>
              </w:rPr>
            </w:pPr>
            <w:r w:rsidDel="00000000" w:rsidR="00000000" w:rsidRPr="00000000">
              <w:rPr>
                <w:rtl w:val="0"/>
              </w:rPr>
            </w:r>
          </w:p>
        </w:tc>
        <w:tc>
          <w:tcPr/>
          <w:p w:rsidR="00000000" w:rsidDel="00000000" w:rsidP="00000000" w:rsidRDefault="00000000" w:rsidRPr="00000000" w14:paraId="0000005F">
            <w:pPr>
              <w:rPr>
                <w:rFonts w:ascii="Arial" w:cs="Arial" w:eastAsia="Arial" w:hAnsi="Arial"/>
              </w:rPr>
            </w:pPr>
            <w:r w:rsidDel="00000000" w:rsidR="00000000" w:rsidRPr="00000000">
              <w:rPr>
                <w:rtl w:val="0"/>
              </w:rPr>
            </w:r>
          </w:p>
        </w:tc>
        <w:tc>
          <w:tcPr/>
          <w:p w:rsidR="00000000" w:rsidDel="00000000" w:rsidP="00000000" w:rsidRDefault="00000000" w:rsidRPr="00000000" w14:paraId="00000060">
            <w:pPr>
              <w:rPr>
                <w:rFonts w:ascii="Arial" w:cs="Arial" w:eastAsia="Arial" w:hAnsi="Arial"/>
              </w:rPr>
            </w:pPr>
            <w:r w:rsidDel="00000000" w:rsidR="00000000" w:rsidRPr="00000000">
              <w:rPr>
                <w:rtl w:val="0"/>
              </w:rPr>
            </w:r>
          </w:p>
        </w:tc>
        <w:tc>
          <w:tcPr/>
          <w:p w:rsidR="00000000" w:rsidDel="00000000" w:rsidP="00000000" w:rsidRDefault="00000000" w:rsidRPr="00000000" w14:paraId="00000061">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62">
            <w:pPr>
              <w:rPr>
                <w:rFonts w:ascii="Arial" w:cs="Arial" w:eastAsia="Arial" w:hAnsi="Arial"/>
              </w:rPr>
            </w:pPr>
            <w:r w:rsidDel="00000000" w:rsidR="00000000" w:rsidRPr="00000000">
              <w:rPr>
                <w:rFonts w:ascii="Arial" w:cs="Arial" w:eastAsia="Arial" w:hAnsi="Arial"/>
                <w:rtl w:val="0"/>
              </w:rPr>
              <w:t xml:space="preserve">I use available technology to support differentiated instruction.</w:t>
            </w:r>
          </w:p>
        </w:tc>
        <w:tc>
          <w:tcPr/>
          <w:p w:rsidR="00000000" w:rsidDel="00000000" w:rsidP="00000000" w:rsidRDefault="00000000" w:rsidRPr="00000000" w14:paraId="00000063">
            <w:pPr>
              <w:rPr>
                <w:rFonts w:ascii="Arial" w:cs="Arial" w:eastAsia="Arial" w:hAnsi="Arial"/>
              </w:rPr>
            </w:pPr>
            <w:r w:rsidDel="00000000" w:rsidR="00000000" w:rsidRPr="00000000">
              <w:rPr>
                <w:rtl w:val="0"/>
              </w:rPr>
            </w:r>
          </w:p>
        </w:tc>
        <w:tc>
          <w:tcPr/>
          <w:p w:rsidR="00000000" w:rsidDel="00000000" w:rsidP="00000000" w:rsidRDefault="00000000" w:rsidRPr="00000000" w14:paraId="00000064">
            <w:pPr>
              <w:rPr>
                <w:rFonts w:ascii="Arial" w:cs="Arial" w:eastAsia="Arial" w:hAnsi="Arial"/>
              </w:rPr>
            </w:pPr>
            <w:r w:rsidDel="00000000" w:rsidR="00000000" w:rsidRPr="00000000">
              <w:rPr>
                <w:rtl w:val="0"/>
              </w:rPr>
            </w:r>
          </w:p>
        </w:tc>
        <w:tc>
          <w:tcPr/>
          <w:p w:rsidR="00000000" w:rsidDel="00000000" w:rsidP="00000000" w:rsidRDefault="00000000" w:rsidRPr="00000000" w14:paraId="00000065">
            <w:pPr>
              <w:rPr>
                <w:rFonts w:ascii="Arial" w:cs="Arial" w:eastAsia="Arial" w:hAnsi="Arial"/>
              </w:rPr>
            </w:pPr>
            <w:r w:rsidDel="00000000" w:rsidR="00000000" w:rsidRPr="00000000">
              <w:rPr>
                <w:rtl w:val="0"/>
              </w:rPr>
            </w:r>
          </w:p>
        </w:tc>
        <w:tc>
          <w:tcPr/>
          <w:p w:rsidR="00000000" w:rsidDel="00000000" w:rsidP="00000000" w:rsidRDefault="00000000" w:rsidRPr="00000000" w14:paraId="00000066">
            <w:pPr>
              <w:rPr>
                <w:rFonts w:ascii="Arial" w:cs="Arial" w:eastAsia="Arial" w:hAnsi="Arial"/>
              </w:rPr>
            </w:pPr>
            <w:r w:rsidDel="00000000" w:rsidR="00000000" w:rsidRPr="00000000">
              <w:rPr>
                <w:rtl w:val="0"/>
              </w:rPr>
            </w:r>
          </w:p>
        </w:tc>
        <w:tc>
          <w:tcPr/>
          <w:p w:rsidR="00000000" w:rsidDel="00000000" w:rsidP="00000000" w:rsidRDefault="00000000" w:rsidRPr="00000000" w14:paraId="00000067">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68">
            <w:pPr>
              <w:rPr>
                <w:rFonts w:ascii="Arial" w:cs="Arial" w:eastAsia="Arial" w:hAnsi="Arial"/>
              </w:rPr>
            </w:pPr>
            <w:r w:rsidDel="00000000" w:rsidR="00000000" w:rsidRPr="00000000">
              <w:rPr>
                <w:rFonts w:ascii="Arial" w:cs="Arial" w:eastAsia="Arial" w:hAnsi="Arial"/>
                <w:rtl w:val="0"/>
              </w:rPr>
              <w:t xml:space="preserve">I encourage responsible and ethical technology use.</w:t>
            </w:r>
          </w:p>
        </w:tc>
        <w:tc>
          <w:tcPr/>
          <w:p w:rsidR="00000000" w:rsidDel="00000000" w:rsidP="00000000" w:rsidRDefault="00000000" w:rsidRPr="00000000" w14:paraId="00000069">
            <w:pPr>
              <w:rPr>
                <w:rFonts w:ascii="Arial" w:cs="Arial" w:eastAsia="Arial" w:hAnsi="Arial"/>
              </w:rPr>
            </w:pPr>
            <w:r w:rsidDel="00000000" w:rsidR="00000000" w:rsidRPr="00000000">
              <w:rPr>
                <w:rtl w:val="0"/>
              </w:rPr>
            </w:r>
          </w:p>
        </w:tc>
        <w:tc>
          <w:tcPr/>
          <w:p w:rsidR="00000000" w:rsidDel="00000000" w:rsidP="00000000" w:rsidRDefault="00000000" w:rsidRPr="00000000" w14:paraId="0000006A">
            <w:pPr>
              <w:rPr>
                <w:rFonts w:ascii="Arial" w:cs="Arial" w:eastAsia="Arial" w:hAnsi="Arial"/>
              </w:rPr>
            </w:pPr>
            <w:r w:rsidDel="00000000" w:rsidR="00000000" w:rsidRPr="00000000">
              <w:rPr>
                <w:rtl w:val="0"/>
              </w:rPr>
            </w:r>
          </w:p>
        </w:tc>
        <w:tc>
          <w:tcPr/>
          <w:p w:rsidR="00000000" w:rsidDel="00000000" w:rsidP="00000000" w:rsidRDefault="00000000" w:rsidRPr="00000000" w14:paraId="0000006B">
            <w:pPr>
              <w:rPr>
                <w:rFonts w:ascii="Arial" w:cs="Arial" w:eastAsia="Arial" w:hAnsi="Arial"/>
              </w:rPr>
            </w:pPr>
            <w:r w:rsidDel="00000000" w:rsidR="00000000" w:rsidRPr="00000000">
              <w:rPr>
                <w:rtl w:val="0"/>
              </w:rPr>
            </w:r>
          </w:p>
        </w:tc>
        <w:tc>
          <w:tcPr/>
          <w:p w:rsidR="00000000" w:rsidDel="00000000" w:rsidP="00000000" w:rsidRDefault="00000000" w:rsidRPr="00000000" w14:paraId="0000006C">
            <w:pPr>
              <w:rPr>
                <w:rFonts w:ascii="Arial" w:cs="Arial" w:eastAsia="Arial" w:hAnsi="Arial"/>
              </w:rPr>
            </w:pPr>
            <w:r w:rsidDel="00000000" w:rsidR="00000000" w:rsidRPr="00000000">
              <w:rPr>
                <w:rtl w:val="0"/>
              </w:rPr>
            </w:r>
          </w:p>
        </w:tc>
        <w:tc>
          <w:tcPr/>
          <w:p w:rsidR="00000000" w:rsidDel="00000000" w:rsidP="00000000" w:rsidRDefault="00000000" w:rsidRPr="00000000" w14:paraId="0000006D">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6E">
            <w:pPr>
              <w:rPr>
                <w:rFonts w:ascii="Arial" w:cs="Arial" w:eastAsia="Arial" w:hAnsi="Arial"/>
              </w:rPr>
            </w:pPr>
            <w:r w:rsidDel="00000000" w:rsidR="00000000" w:rsidRPr="00000000">
              <w:rPr>
                <w:rFonts w:ascii="Arial" w:cs="Arial" w:eastAsia="Arial" w:hAnsi="Arial"/>
                <w:rtl w:val="0"/>
              </w:rPr>
              <w:t xml:space="preserve">I utilize ICT despite limited technological facilities.</w:t>
            </w:r>
          </w:p>
        </w:tc>
        <w:tc>
          <w:tcPr/>
          <w:p w:rsidR="00000000" w:rsidDel="00000000" w:rsidP="00000000" w:rsidRDefault="00000000" w:rsidRPr="00000000" w14:paraId="0000006F">
            <w:pPr>
              <w:rPr>
                <w:rFonts w:ascii="Arial" w:cs="Arial" w:eastAsia="Arial" w:hAnsi="Arial"/>
              </w:rPr>
            </w:pPr>
            <w:r w:rsidDel="00000000" w:rsidR="00000000" w:rsidRPr="00000000">
              <w:rPr>
                <w:rtl w:val="0"/>
              </w:rPr>
            </w:r>
          </w:p>
        </w:tc>
        <w:tc>
          <w:tcPr/>
          <w:p w:rsidR="00000000" w:rsidDel="00000000" w:rsidP="00000000" w:rsidRDefault="00000000" w:rsidRPr="00000000" w14:paraId="00000070">
            <w:pPr>
              <w:rPr>
                <w:rFonts w:ascii="Arial" w:cs="Arial" w:eastAsia="Arial" w:hAnsi="Arial"/>
              </w:rPr>
            </w:pPr>
            <w:r w:rsidDel="00000000" w:rsidR="00000000" w:rsidRPr="00000000">
              <w:rPr>
                <w:rtl w:val="0"/>
              </w:rPr>
            </w:r>
          </w:p>
        </w:tc>
        <w:tc>
          <w:tcPr/>
          <w:p w:rsidR="00000000" w:rsidDel="00000000" w:rsidP="00000000" w:rsidRDefault="00000000" w:rsidRPr="00000000" w14:paraId="00000071">
            <w:pPr>
              <w:rPr>
                <w:rFonts w:ascii="Arial" w:cs="Arial" w:eastAsia="Arial" w:hAnsi="Arial"/>
              </w:rPr>
            </w:pPr>
            <w:r w:rsidDel="00000000" w:rsidR="00000000" w:rsidRPr="00000000">
              <w:rPr>
                <w:rtl w:val="0"/>
              </w:rPr>
            </w:r>
          </w:p>
        </w:tc>
        <w:tc>
          <w:tcPr/>
          <w:p w:rsidR="00000000" w:rsidDel="00000000" w:rsidP="00000000" w:rsidRDefault="00000000" w:rsidRPr="00000000" w14:paraId="00000072">
            <w:pPr>
              <w:rPr>
                <w:rFonts w:ascii="Arial" w:cs="Arial" w:eastAsia="Arial" w:hAnsi="Arial"/>
              </w:rPr>
            </w:pPr>
            <w:r w:rsidDel="00000000" w:rsidR="00000000" w:rsidRPr="00000000">
              <w:rPr>
                <w:rtl w:val="0"/>
              </w:rPr>
            </w:r>
          </w:p>
        </w:tc>
        <w:tc>
          <w:tcPr/>
          <w:p w:rsidR="00000000" w:rsidDel="00000000" w:rsidP="00000000" w:rsidRDefault="00000000" w:rsidRPr="00000000" w14:paraId="00000073">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74">
            <w:pPr>
              <w:rPr>
                <w:rFonts w:ascii="Arial" w:cs="Arial" w:eastAsia="Arial" w:hAnsi="Arial"/>
              </w:rPr>
            </w:pPr>
            <w:r w:rsidDel="00000000" w:rsidR="00000000" w:rsidRPr="00000000">
              <w:rPr>
                <w:rFonts w:ascii="Arial" w:cs="Arial" w:eastAsia="Arial" w:hAnsi="Arial"/>
                <w:rtl w:val="0"/>
              </w:rPr>
              <w:t xml:space="preserve">I integrate ICT in ways that support lesson objectives.</w:t>
            </w:r>
          </w:p>
        </w:tc>
        <w:tc>
          <w:tcPr/>
          <w:p w:rsidR="00000000" w:rsidDel="00000000" w:rsidP="00000000" w:rsidRDefault="00000000" w:rsidRPr="00000000" w14:paraId="00000075">
            <w:pPr>
              <w:rPr>
                <w:rFonts w:ascii="Arial" w:cs="Arial" w:eastAsia="Arial" w:hAnsi="Arial"/>
              </w:rPr>
            </w:pPr>
            <w:r w:rsidDel="00000000" w:rsidR="00000000" w:rsidRPr="00000000">
              <w:rPr>
                <w:rtl w:val="0"/>
              </w:rPr>
            </w:r>
          </w:p>
        </w:tc>
        <w:tc>
          <w:tcPr/>
          <w:p w:rsidR="00000000" w:rsidDel="00000000" w:rsidP="00000000" w:rsidRDefault="00000000" w:rsidRPr="00000000" w14:paraId="00000076">
            <w:pPr>
              <w:rPr>
                <w:rFonts w:ascii="Arial" w:cs="Arial" w:eastAsia="Arial" w:hAnsi="Arial"/>
              </w:rPr>
            </w:pPr>
            <w:r w:rsidDel="00000000" w:rsidR="00000000" w:rsidRPr="00000000">
              <w:rPr>
                <w:rtl w:val="0"/>
              </w:rPr>
            </w:r>
          </w:p>
        </w:tc>
        <w:tc>
          <w:tcPr/>
          <w:p w:rsidR="00000000" w:rsidDel="00000000" w:rsidP="00000000" w:rsidRDefault="00000000" w:rsidRPr="00000000" w14:paraId="00000077">
            <w:pPr>
              <w:rPr>
                <w:rFonts w:ascii="Arial" w:cs="Arial" w:eastAsia="Arial" w:hAnsi="Arial"/>
              </w:rPr>
            </w:pPr>
            <w:r w:rsidDel="00000000" w:rsidR="00000000" w:rsidRPr="00000000">
              <w:rPr>
                <w:rtl w:val="0"/>
              </w:rPr>
            </w:r>
          </w:p>
        </w:tc>
        <w:tc>
          <w:tcPr/>
          <w:p w:rsidR="00000000" w:rsidDel="00000000" w:rsidP="00000000" w:rsidRDefault="00000000" w:rsidRPr="00000000" w14:paraId="00000078">
            <w:pPr>
              <w:rPr>
                <w:rFonts w:ascii="Arial" w:cs="Arial" w:eastAsia="Arial" w:hAnsi="Arial"/>
              </w:rPr>
            </w:pPr>
            <w:r w:rsidDel="00000000" w:rsidR="00000000" w:rsidRPr="00000000">
              <w:rPr>
                <w:rtl w:val="0"/>
              </w:rPr>
            </w:r>
          </w:p>
        </w:tc>
        <w:tc>
          <w:tcPr/>
          <w:p w:rsidR="00000000" w:rsidDel="00000000" w:rsidP="00000000" w:rsidRDefault="00000000" w:rsidRPr="00000000" w14:paraId="00000079">
            <w:pPr>
              <w:rPr>
                <w:rFonts w:ascii="Arial" w:cs="Arial" w:eastAsia="Arial" w:hAnsi="Arial"/>
              </w:rPr>
            </w:pPr>
            <w:r w:rsidDel="00000000" w:rsidR="00000000" w:rsidRPr="00000000">
              <w:rPr>
                <w:rtl w:val="0"/>
              </w:rPr>
            </w:r>
          </w:p>
        </w:tc>
      </w:tr>
    </w:tbl>
    <w:p w:rsidR="00000000" w:rsidDel="00000000" w:rsidP="00000000" w:rsidRDefault="00000000" w:rsidRPr="00000000" w14:paraId="0000007A">
      <w:pPr>
        <w:pStyle w:val="Head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Part IV. Self-Assessment of ICT Integration Competence (1=Not Confident, 5=Very Confident)</w:t>
      </w:r>
    </w:p>
    <w:tbl>
      <w:tblPr>
        <w:tblStyle w:val="Table3"/>
        <w:tblW w:w="8640.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1440"/>
        <w:gridCol w:w="1440"/>
        <w:gridCol w:w="1440"/>
        <w:gridCol w:w="1440"/>
        <w:gridCol w:w="1440"/>
        <w:gridCol w:w="1440"/>
        <w:tblGridChange w:id="0">
          <w:tblGrid>
            <w:gridCol w:w="1440"/>
            <w:gridCol w:w="1440"/>
            <w:gridCol w:w="1440"/>
            <w:gridCol w:w="1440"/>
            <w:gridCol w:w="1440"/>
            <w:gridCol w:w="1440"/>
          </w:tblGrid>
        </w:tblGridChange>
      </w:tblGrid>
      <w:tr>
        <w:trPr>
          <w:cantSplit w:val="0"/>
          <w:tblHeader w:val="0"/>
        </w:trPr>
        <w:tc>
          <w:tcPr/>
          <w:p w:rsidR="00000000" w:rsidDel="00000000" w:rsidP="00000000" w:rsidRDefault="00000000" w:rsidRPr="00000000" w14:paraId="0000007B">
            <w:pPr>
              <w:rPr>
                <w:rFonts w:ascii="Arial" w:cs="Arial" w:eastAsia="Arial" w:hAnsi="Arial"/>
              </w:rPr>
            </w:pPr>
            <w:r w:rsidDel="00000000" w:rsidR="00000000" w:rsidRPr="00000000">
              <w:rPr>
                <w:rFonts w:ascii="Arial" w:cs="Arial" w:eastAsia="Arial" w:hAnsi="Arial"/>
                <w:rtl w:val="0"/>
              </w:rPr>
              <w:t xml:space="preserve">Statement</w:t>
            </w:r>
          </w:p>
        </w:tc>
        <w:tc>
          <w:tcPr/>
          <w:p w:rsidR="00000000" w:rsidDel="00000000" w:rsidP="00000000" w:rsidRDefault="00000000" w:rsidRPr="00000000" w14:paraId="0000007C">
            <w:pPr>
              <w:rPr>
                <w:rFonts w:ascii="Arial" w:cs="Arial" w:eastAsia="Arial" w:hAnsi="Arial"/>
              </w:rPr>
            </w:pPr>
            <w:r w:rsidDel="00000000" w:rsidR="00000000" w:rsidRPr="00000000">
              <w:rPr>
                <w:rFonts w:ascii="Arial" w:cs="Arial" w:eastAsia="Arial" w:hAnsi="Arial"/>
                <w:rtl w:val="0"/>
              </w:rPr>
              <w:t xml:space="preserve">1</w:t>
            </w:r>
          </w:p>
        </w:tc>
        <w:tc>
          <w:tcPr/>
          <w:p w:rsidR="00000000" w:rsidDel="00000000" w:rsidP="00000000" w:rsidRDefault="00000000" w:rsidRPr="00000000" w14:paraId="0000007D">
            <w:pPr>
              <w:rPr>
                <w:rFonts w:ascii="Arial" w:cs="Arial" w:eastAsia="Arial" w:hAnsi="Arial"/>
              </w:rPr>
            </w:pPr>
            <w:r w:rsidDel="00000000" w:rsidR="00000000" w:rsidRPr="00000000">
              <w:rPr>
                <w:rFonts w:ascii="Arial" w:cs="Arial" w:eastAsia="Arial" w:hAnsi="Arial"/>
                <w:rtl w:val="0"/>
              </w:rPr>
              <w:t xml:space="preserve">2</w:t>
            </w:r>
          </w:p>
        </w:tc>
        <w:tc>
          <w:tcPr/>
          <w:p w:rsidR="00000000" w:rsidDel="00000000" w:rsidP="00000000" w:rsidRDefault="00000000" w:rsidRPr="00000000" w14:paraId="0000007E">
            <w:pPr>
              <w:rPr>
                <w:rFonts w:ascii="Arial" w:cs="Arial" w:eastAsia="Arial" w:hAnsi="Arial"/>
              </w:rPr>
            </w:pPr>
            <w:r w:rsidDel="00000000" w:rsidR="00000000" w:rsidRPr="00000000">
              <w:rPr>
                <w:rFonts w:ascii="Arial" w:cs="Arial" w:eastAsia="Arial" w:hAnsi="Arial"/>
                <w:rtl w:val="0"/>
              </w:rPr>
              <w:t xml:space="preserve">3</w:t>
            </w:r>
          </w:p>
        </w:tc>
        <w:tc>
          <w:tcPr/>
          <w:p w:rsidR="00000000" w:rsidDel="00000000" w:rsidP="00000000" w:rsidRDefault="00000000" w:rsidRPr="00000000" w14:paraId="0000007F">
            <w:pPr>
              <w:rPr>
                <w:rFonts w:ascii="Arial" w:cs="Arial" w:eastAsia="Arial" w:hAnsi="Arial"/>
              </w:rPr>
            </w:pPr>
            <w:r w:rsidDel="00000000" w:rsidR="00000000" w:rsidRPr="00000000">
              <w:rPr>
                <w:rFonts w:ascii="Arial" w:cs="Arial" w:eastAsia="Arial" w:hAnsi="Arial"/>
                <w:rtl w:val="0"/>
              </w:rPr>
              <w:t xml:space="preserve">4</w:t>
            </w:r>
          </w:p>
        </w:tc>
        <w:tc>
          <w:tcPr/>
          <w:p w:rsidR="00000000" w:rsidDel="00000000" w:rsidP="00000000" w:rsidRDefault="00000000" w:rsidRPr="00000000" w14:paraId="00000080">
            <w:pPr>
              <w:rPr>
                <w:rFonts w:ascii="Arial" w:cs="Arial" w:eastAsia="Arial" w:hAnsi="Arial"/>
              </w:rPr>
            </w:pPr>
            <w:r w:rsidDel="00000000" w:rsidR="00000000" w:rsidRPr="00000000">
              <w:rPr>
                <w:rFonts w:ascii="Arial" w:cs="Arial" w:eastAsia="Arial" w:hAnsi="Arial"/>
                <w:rtl w:val="0"/>
              </w:rPr>
              <w:t xml:space="preserve">5</w:t>
            </w:r>
          </w:p>
        </w:tc>
      </w:tr>
      <w:tr>
        <w:trPr>
          <w:cantSplit w:val="0"/>
          <w:tblHeader w:val="0"/>
        </w:trPr>
        <w:tc>
          <w:tcPr/>
          <w:p w:rsidR="00000000" w:rsidDel="00000000" w:rsidP="00000000" w:rsidRDefault="00000000" w:rsidRPr="00000000" w14:paraId="00000081">
            <w:pPr>
              <w:rPr>
                <w:rFonts w:ascii="Arial" w:cs="Arial" w:eastAsia="Arial" w:hAnsi="Arial"/>
              </w:rPr>
            </w:pPr>
            <w:r w:rsidDel="00000000" w:rsidR="00000000" w:rsidRPr="00000000">
              <w:rPr>
                <w:rFonts w:ascii="Arial" w:cs="Arial" w:eastAsia="Arial" w:hAnsi="Arial"/>
                <w:rtl w:val="0"/>
              </w:rPr>
              <w:t xml:space="preserve">Developing ICT-integrated lesson plans.</w:t>
            </w:r>
          </w:p>
        </w:tc>
        <w:tc>
          <w:tcPr/>
          <w:p w:rsidR="00000000" w:rsidDel="00000000" w:rsidP="00000000" w:rsidRDefault="00000000" w:rsidRPr="00000000" w14:paraId="00000082">
            <w:pPr>
              <w:rPr>
                <w:rFonts w:ascii="Arial" w:cs="Arial" w:eastAsia="Arial" w:hAnsi="Arial"/>
              </w:rPr>
            </w:pPr>
            <w:r w:rsidDel="00000000" w:rsidR="00000000" w:rsidRPr="00000000">
              <w:rPr>
                <w:rtl w:val="0"/>
              </w:rPr>
            </w:r>
          </w:p>
        </w:tc>
        <w:tc>
          <w:tcPr/>
          <w:p w:rsidR="00000000" w:rsidDel="00000000" w:rsidP="00000000" w:rsidRDefault="00000000" w:rsidRPr="00000000" w14:paraId="00000083">
            <w:pPr>
              <w:rPr>
                <w:rFonts w:ascii="Arial" w:cs="Arial" w:eastAsia="Arial" w:hAnsi="Arial"/>
              </w:rPr>
            </w:pPr>
            <w:r w:rsidDel="00000000" w:rsidR="00000000" w:rsidRPr="00000000">
              <w:rPr>
                <w:rtl w:val="0"/>
              </w:rPr>
            </w:r>
          </w:p>
        </w:tc>
        <w:tc>
          <w:tcPr/>
          <w:p w:rsidR="00000000" w:rsidDel="00000000" w:rsidP="00000000" w:rsidRDefault="00000000" w:rsidRPr="00000000" w14:paraId="00000084">
            <w:pPr>
              <w:rPr>
                <w:rFonts w:ascii="Arial" w:cs="Arial" w:eastAsia="Arial" w:hAnsi="Arial"/>
              </w:rPr>
            </w:pPr>
            <w:r w:rsidDel="00000000" w:rsidR="00000000" w:rsidRPr="00000000">
              <w:rPr>
                <w:rtl w:val="0"/>
              </w:rPr>
            </w:r>
          </w:p>
        </w:tc>
        <w:tc>
          <w:tcPr/>
          <w:p w:rsidR="00000000" w:rsidDel="00000000" w:rsidP="00000000" w:rsidRDefault="00000000" w:rsidRPr="00000000" w14:paraId="00000085">
            <w:pPr>
              <w:rPr>
                <w:rFonts w:ascii="Arial" w:cs="Arial" w:eastAsia="Arial" w:hAnsi="Arial"/>
              </w:rPr>
            </w:pPr>
            <w:r w:rsidDel="00000000" w:rsidR="00000000" w:rsidRPr="00000000">
              <w:rPr>
                <w:rtl w:val="0"/>
              </w:rPr>
            </w:r>
          </w:p>
        </w:tc>
        <w:tc>
          <w:tcPr/>
          <w:p w:rsidR="00000000" w:rsidDel="00000000" w:rsidP="00000000" w:rsidRDefault="00000000" w:rsidRPr="00000000" w14:paraId="00000086">
            <w:pPr>
              <w:rPr>
                <w:rFonts w:ascii="Arial" w:cs="Arial" w:eastAsia="Arial" w:hAnsi="Arial"/>
              </w:rPr>
            </w:pPr>
            <w:r w:rsidDel="00000000" w:rsidR="00000000" w:rsidRPr="00000000">
              <w:rPr>
                <w:rtl w:val="0"/>
              </w:rPr>
            </w:r>
          </w:p>
          <w:p w:rsidR="00000000" w:rsidDel="00000000" w:rsidP="00000000" w:rsidRDefault="00000000" w:rsidRPr="00000000" w14:paraId="00000087">
            <w:pPr>
              <w:rPr>
                <w:rFonts w:ascii="Arial" w:cs="Arial" w:eastAsia="Arial" w:hAnsi="Arial"/>
              </w:rPr>
            </w:pPr>
            <w:r w:rsidDel="00000000" w:rsidR="00000000" w:rsidRPr="00000000">
              <w:rPr>
                <w:rtl w:val="0"/>
              </w:rPr>
            </w:r>
          </w:p>
          <w:p w:rsidR="00000000" w:rsidDel="00000000" w:rsidP="00000000" w:rsidRDefault="00000000" w:rsidRPr="00000000" w14:paraId="00000088">
            <w:pPr>
              <w:rPr>
                <w:rFonts w:ascii="Arial" w:cs="Arial" w:eastAsia="Arial" w:hAnsi="Arial"/>
              </w:rPr>
            </w:pPr>
            <w:r w:rsidDel="00000000" w:rsidR="00000000" w:rsidRPr="00000000">
              <w:rPr>
                <w:rtl w:val="0"/>
              </w:rPr>
            </w:r>
          </w:p>
          <w:p w:rsidR="00000000" w:rsidDel="00000000" w:rsidP="00000000" w:rsidRDefault="00000000" w:rsidRPr="00000000" w14:paraId="00000089">
            <w:pPr>
              <w:rPr>
                <w:rFonts w:ascii="Arial" w:cs="Arial" w:eastAsia="Arial" w:hAnsi="Arial"/>
              </w:rPr>
            </w:pPr>
            <w:r w:rsidDel="00000000" w:rsidR="00000000" w:rsidRPr="00000000">
              <w:rPr>
                <w:rtl w:val="0"/>
              </w:rPr>
            </w:r>
          </w:p>
          <w:p w:rsidR="00000000" w:rsidDel="00000000" w:rsidP="00000000" w:rsidRDefault="00000000" w:rsidRPr="00000000" w14:paraId="0000008A">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8B">
            <w:pPr>
              <w:rPr>
                <w:rFonts w:ascii="Arial" w:cs="Arial" w:eastAsia="Arial" w:hAnsi="Arial"/>
              </w:rPr>
            </w:pPr>
            <w:r w:rsidDel="00000000" w:rsidR="00000000" w:rsidRPr="00000000">
              <w:rPr>
                <w:rFonts w:ascii="Arial" w:cs="Arial" w:eastAsia="Arial" w:hAnsi="Arial"/>
                <w:rtl w:val="0"/>
              </w:rPr>
              <w:t xml:space="preserve">Selecting appropriate digital resources.</w:t>
            </w:r>
          </w:p>
        </w:tc>
        <w:tc>
          <w:tcPr/>
          <w:p w:rsidR="00000000" w:rsidDel="00000000" w:rsidP="00000000" w:rsidRDefault="00000000" w:rsidRPr="00000000" w14:paraId="0000008C">
            <w:pPr>
              <w:rPr>
                <w:rFonts w:ascii="Arial" w:cs="Arial" w:eastAsia="Arial" w:hAnsi="Arial"/>
              </w:rPr>
            </w:pPr>
            <w:r w:rsidDel="00000000" w:rsidR="00000000" w:rsidRPr="00000000">
              <w:rPr>
                <w:rtl w:val="0"/>
              </w:rPr>
            </w:r>
          </w:p>
        </w:tc>
        <w:tc>
          <w:tcPr/>
          <w:p w:rsidR="00000000" w:rsidDel="00000000" w:rsidP="00000000" w:rsidRDefault="00000000" w:rsidRPr="00000000" w14:paraId="0000008D">
            <w:pPr>
              <w:rPr>
                <w:rFonts w:ascii="Arial" w:cs="Arial" w:eastAsia="Arial" w:hAnsi="Arial"/>
              </w:rPr>
            </w:pPr>
            <w:r w:rsidDel="00000000" w:rsidR="00000000" w:rsidRPr="00000000">
              <w:rPr>
                <w:rtl w:val="0"/>
              </w:rPr>
            </w:r>
          </w:p>
        </w:tc>
        <w:tc>
          <w:tcPr/>
          <w:p w:rsidR="00000000" w:rsidDel="00000000" w:rsidP="00000000" w:rsidRDefault="00000000" w:rsidRPr="00000000" w14:paraId="0000008E">
            <w:pPr>
              <w:rPr>
                <w:rFonts w:ascii="Arial" w:cs="Arial" w:eastAsia="Arial" w:hAnsi="Arial"/>
              </w:rPr>
            </w:pPr>
            <w:r w:rsidDel="00000000" w:rsidR="00000000" w:rsidRPr="00000000">
              <w:rPr>
                <w:rtl w:val="0"/>
              </w:rPr>
            </w:r>
          </w:p>
        </w:tc>
        <w:tc>
          <w:tcPr/>
          <w:p w:rsidR="00000000" w:rsidDel="00000000" w:rsidP="00000000" w:rsidRDefault="00000000" w:rsidRPr="00000000" w14:paraId="0000008F">
            <w:pPr>
              <w:rPr>
                <w:rFonts w:ascii="Arial" w:cs="Arial" w:eastAsia="Arial" w:hAnsi="Arial"/>
              </w:rPr>
            </w:pPr>
            <w:r w:rsidDel="00000000" w:rsidR="00000000" w:rsidRPr="00000000">
              <w:rPr>
                <w:rtl w:val="0"/>
              </w:rPr>
            </w:r>
          </w:p>
        </w:tc>
        <w:tc>
          <w:tcPr/>
          <w:p w:rsidR="00000000" w:rsidDel="00000000" w:rsidP="00000000" w:rsidRDefault="00000000" w:rsidRPr="00000000" w14:paraId="00000090">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91">
            <w:pPr>
              <w:rPr>
                <w:rFonts w:ascii="Arial" w:cs="Arial" w:eastAsia="Arial" w:hAnsi="Arial"/>
              </w:rPr>
            </w:pPr>
            <w:r w:rsidDel="00000000" w:rsidR="00000000" w:rsidRPr="00000000">
              <w:rPr>
                <w:rFonts w:ascii="Arial" w:cs="Arial" w:eastAsia="Arial" w:hAnsi="Arial"/>
                <w:rtl w:val="0"/>
              </w:rPr>
              <w:t xml:space="preserve">Using multimedia tools to support learning.</w:t>
            </w:r>
          </w:p>
        </w:tc>
        <w:tc>
          <w:tcPr/>
          <w:p w:rsidR="00000000" w:rsidDel="00000000" w:rsidP="00000000" w:rsidRDefault="00000000" w:rsidRPr="00000000" w14:paraId="00000092">
            <w:pPr>
              <w:rPr>
                <w:rFonts w:ascii="Arial" w:cs="Arial" w:eastAsia="Arial" w:hAnsi="Arial"/>
              </w:rPr>
            </w:pPr>
            <w:r w:rsidDel="00000000" w:rsidR="00000000" w:rsidRPr="00000000">
              <w:rPr>
                <w:rtl w:val="0"/>
              </w:rPr>
            </w:r>
          </w:p>
        </w:tc>
        <w:tc>
          <w:tcPr/>
          <w:p w:rsidR="00000000" w:rsidDel="00000000" w:rsidP="00000000" w:rsidRDefault="00000000" w:rsidRPr="00000000" w14:paraId="00000093">
            <w:pPr>
              <w:rPr>
                <w:rFonts w:ascii="Arial" w:cs="Arial" w:eastAsia="Arial" w:hAnsi="Arial"/>
              </w:rPr>
            </w:pPr>
            <w:r w:rsidDel="00000000" w:rsidR="00000000" w:rsidRPr="00000000">
              <w:rPr>
                <w:rtl w:val="0"/>
              </w:rPr>
            </w:r>
          </w:p>
        </w:tc>
        <w:tc>
          <w:tcPr/>
          <w:p w:rsidR="00000000" w:rsidDel="00000000" w:rsidP="00000000" w:rsidRDefault="00000000" w:rsidRPr="00000000" w14:paraId="00000094">
            <w:pPr>
              <w:rPr>
                <w:rFonts w:ascii="Arial" w:cs="Arial" w:eastAsia="Arial" w:hAnsi="Arial"/>
              </w:rPr>
            </w:pPr>
            <w:r w:rsidDel="00000000" w:rsidR="00000000" w:rsidRPr="00000000">
              <w:rPr>
                <w:rtl w:val="0"/>
              </w:rPr>
            </w:r>
          </w:p>
        </w:tc>
        <w:tc>
          <w:tcPr/>
          <w:p w:rsidR="00000000" w:rsidDel="00000000" w:rsidP="00000000" w:rsidRDefault="00000000" w:rsidRPr="00000000" w14:paraId="00000095">
            <w:pPr>
              <w:rPr>
                <w:rFonts w:ascii="Arial" w:cs="Arial" w:eastAsia="Arial" w:hAnsi="Arial"/>
              </w:rPr>
            </w:pPr>
            <w:r w:rsidDel="00000000" w:rsidR="00000000" w:rsidRPr="00000000">
              <w:rPr>
                <w:rtl w:val="0"/>
              </w:rPr>
            </w:r>
          </w:p>
        </w:tc>
        <w:tc>
          <w:tcPr/>
          <w:p w:rsidR="00000000" w:rsidDel="00000000" w:rsidP="00000000" w:rsidRDefault="00000000" w:rsidRPr="00000000" w14:paraId="00000096">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97">
            <w:pPr>
              <w:rPr>
                <w:rFonts w:ascii="Arial" w:cs="Arial" w:eastAsia="Arial" w:hAnsi="Arial"/>
              </w:rPr>
            </w:pPr>
            <w:r w:rsidDel="00000000" w:rsidR="00000000" w:rsidRPr="00000000">
              <w:rPr>
                <w:rFonts w:ascii="Arial" w:cs="Arial" w:eastAsia="Arial" w:hAnsi="Arial"/>
                <w:rtl w:val="0"/>
              </w:rPr>
              <w:t xml:space="preserve">Integrating ICT when learners have limited device access.</w:t>
            </w:r>
          </w:p>
        </w:tc>
        <w:tc>
          <w:tcPr/>
          <w:p w:rsidR="00000000" w:rsidDel="00000000" w:rsidP="00000000" w:rsidRDefault="00000000" w:rsidRPr="00000000" w14:paraId="00000098">
            <w:pPr>
              <w:rPr>
                <w:rFonts w:ascii="Arial" w:cs="Arial" w:eastAsia="Arial" w:hAnsi="Arial"/>
              </w:rPr>
            </w:pPr>
            <w:r w:rsidDel="00000000" w:rsidR="00000000" w:rsidRPr="00000000">
              <w:rPr>
                <w:rtl w:val="0"/>
              </w:rPr>
            </w:r>
          </w:p>
        </w:tc>
        <w:tc>
          <w:tcPr/>
          <w:p w:rsidR="00000000" w:rsidDel="00000000" w:rsidP="00000000" w:rsidRDefault="00000000" w:rsidRPr="00000000" w14:paraId="00000099">
            <w:pPr>
              <w:rPr>
                <w:rFonts w:ascii="Arial" w:cs="Arial" w:eastAsia="Arial" w:hAnsi="Arial"/>
              </w:rPr>
            </w:pPr>
            <w:r w:rsidDel="00000000" w:rsidR="00000000" w:rsidRPr="00000000">
              <w:rPr>
                <w:rtl w:val="0"/>
              </w:rPr>
            </w:r>
          </w:p>
        </w:tc>
        <w:tc>
          <w:tcPr/>
          <w:p w:rsidR="00000000" w:rsidDel="00000000" w:rsidP="00000000" w:rsidRDefault="00000000" w:rsidRPr="00000000" w14:paraId="0000009A">
            <w:pPr>
              <w:rPr>
                <w:rFonts w:ascii="Arial" w:cs="Arial" w:eastAsia="Arial" w:hAnsi="Arial"/>
              </w:rPr>
            </w:pPr>
            <w:r w:rsidDel="00000000" w:rsidR="00000000" w:rsidRPr="00000000">
              <w:rPr>
                <w:rtl w:val="0"/>
              </w:rPr>
            </w:r>
          </w:p>
        </w:tc>
        <w:tc>
          <w:tcPr/>
          <w:p w:rsidR="00000000" w:rsidDel="00000000" w:rsidP="00000000" w:rsidRDefault="00000000" w:rsidRPr="00000000" w14:paraId="0000009B">
            <w:pPr>
              <w:rPr>
                <w:rFonts w:ascii="Arial" w:cs="Arial" w:eastAsia="Arial" w:hAnsi="Arial"/>
              </w:rPr>
            </w:pPr>
            <w:r w:rsidDel="00000000" w:rsidR="00000000" w:rsidRPr="00000000">
              <w:rPr>
                <w:rtl w:val="0"/>
              </w:rPr>
            </w:r>
          </w:p>
        </w:tc>
        <w:tc>
          <w:tcPr/>
          <w:p w:rsidR="00000000" w:rsidDel="00000000" w:rsidP="00000000" w:rsidRDefault="00000000" w:rsidRPr="00000000" w14:paraId="0000009C">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9D">
            <w:pPr>
              <w:rPr>
                <w:rFonts w:ascii="Arial" w:cs="Arial" w:eastAsia="Arial" w:hAnsi="Arial"/>
              </w:rPr>
            </w:pPr>
            <w:r w:rsidDel="00000000" w:rsidR="00000000" w:rsidRPr="00000000">
              <w:rPr>
                <w:rFonts w:ascii="Arial" w:cs="Arial" w:eastAsia="Arial" w:hAnsi="Arial"/>
                <w:rtl w:val="0"/>
              </w:rPr>
              <w:t xml:space="preserve">Facilitating technology-supported learning activities.</w:t>
            </w:r>
          </w:p>
        </w:tc>
        <w:tc>
          <w:tcPr/>
          <w:p w:rsidR="00000000" w:rsidDel="00000000" w:rsidP="00000000" w:rsidRDefault="00000000" w:rsidRPr="00000000" w14:paraId="0000009E">
            <w:pPr>
              <w:rPr>
                <w:rFonts w:ascii="Arial" w:cs="Arial" w:eastAsia="Arial" w:hAnsi="Arial"/>
              </w:rPr>
            </w:pPr>
            <w:r w:rsidDel="00000000" w:rsidR="00000000" w:rsidRPr="00000000">
              <w:rPr>
                <w:rtl w:val="0"/>
              </w:rPr>
            </w:r>
          </w:p>
        </w:tc>
        <w:tc>
          <w:tcPr/>
          <w:p w:rsidR="00000000" w:rsidDel="00000000" w:rsidP="00000000" w:rsidRDefault="00000000" w:rsidRPr="00000000" w14:paraId="0000009F">
            <w:pPr>
              <w:rPr>
                <w:rFonts w:ascii="Arial" w:cs="Arial" w:eastAsia="Arial" w:hAnsi="Arial"/>
              </w:rPr>
            </w:pPr>
            <w:r w:rsidDel="00000000" w:rsidR="00000000" w:rsidRPr="00000000">
              <w:rPr>
                <w:rtl w:val="0"/>
              </w:rPr>
            </w:r>
          </w:p>
        </w:tc>
        <w:tc>
          <w:tcPr/>
          <w:p w:rsidR="00000000" w:rsidDel="00000000" w:rsidP="00000000" w:rsidRDefault="00000000" w:rsidRPr="00000000" w14:paraId="000000A0">
            <w:pPr>
              <w:rPr>
                <w:rFonts w:ascii="Arial" w:cs="Arial" w:eastAsia="Arial" w:hAnsi="Arial"/>
              </w:rPr>
            </w:pPr>
            <w:r w:rsidDel="00000000" w:rsidR="00000000" w:rsidRPr="00000000">
              <w:rPr>
                <w:rtl w:val="0"/>
              </w:rPr>
            </w:r>
          </w:p>
        </w:tc>
        <w:tc>
          <w:tcPr/>
          <w:p w:rsidR="00000000" w:rsidDel="00000000" w:rsidP="00000000" w:rsidRDefault="00000000" w:rsidRPr="00000000" w14:paraId="000000A1">
            <w:pPr>
              <w:rPr>
                <w:rFonts w:ascii="Arial" w:cs="Arial" w:eastAsia="Arial" w:hAnsi="Arial"/>
              </w:rPr>
            </w:pPr>
            <w:r w:rsidDel="00000000" w:rsidR="00000000" w:rsidRPr="00000000">
              <w:rPr>
                <w:rtl w:val="0"/>
              </w:rPr>
            </w:r>
          </w:p>
        </w:tc>
        <w:tc>
          <w:tcPr/>
          <w:p w:rsidR="00000000" w:rsidDel="00000000" w:rsidP="00000000" w:rsidRDefault="00000000" w:rsidRPr="00000000" w14:paraId="000000A2">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A3">
            <w:pPr>
              <w:rPr>
                <w:rFonts w:ascii="Arial" w:cs="Arial" w:eastAsia="Arial" w:hAnsi="Arial"/>
              </w:rPr>
            </w:pPr>
            <w:r w:rsidDel="00000000" w:rsidR="00000000" w:rsidRPr="00000000">
              <w:rPr>
                <w:rFonts w:ascii="Arial" w:cs="Arial" w:eastAsia="Arial" w:hAnsi="Arial"/>
                <w:rtl w:val="0"/>
              </w:rPr>
              <w:t xml:space="preserve">Using ICT to improve learner engagement.</w:t>
            </w:r>
          </w:p>
        </w:tc>
        <w:tc>
          <w:tcPr/>
          <w:p w:rsidR="00000000" w:rsidDel="00000000" w:rsidP="00000000" w:rsidRDefault="00000000" w:rsidRPr="00000000" w14:paraId="000000A4">
            <w:pPr>
              <w:rPr>
                <w:rFonts w:ascii="Arial" w:cs="Arial" w:eastAsia="Arial" w:hAnsi="Arial"/>
              </w:rPr>
            </w:pPr>
            <w:r w:rsidDel="00000000" w:rsidR="00000000" w:rsidRPr="00000000">
              <w:rPr>
                <w:rtl w:val="0"/>
              </w:rPr>
            </w:r>
          </w:p>
        </w:tc>
        <w:tc>
          <w:tcPr/>
          <w:p w:rsidR="00000000" w:rsidDel="00000000" w:rsidP="00000000" w:rsidRDefault="00000000" w:rsidRPr="00000000" w14:paraId="000000A5">
            <w:pPr>
              <w:rPr>
                <w:rFonts w:ascii="Arial" w:cs="Arial" w:eastAsia="Arial" w:hAnsi="Arial"/>
              </w:rPr>
            </w:pPr>
            <w:r w:rsidDel="00000000" w:rsidR="00000000" w:rsidRPr="00000000">
              <w:rPr>
                <w:rtl w:val="0"/>
              </w:rPr>
            </w:r>
          </w:p>
        </w:tc>
        <w:tc>
          <w:tcPr/>
          <w:p w:rsidR="00000000" w:rsidDel="00000000" w:rsidP="00000000" w:rsidRDefault="00000000" w:rsidRPr="00000000" w14:paraId="000000A6">
            <w:pPr>
              <w:rPr>
                <w:rFonts w:ascii="Arial" w:cs="Arial" w:eastAsia="Arial" w:hAnsi="Arial"/>
              </w:rPr>
            </w:pPr>
            <w:r w:rsidDel="00000000" w:rsidR="00000000" w:rsidRPr="00000000">
              <w:rPr>
                <w:rtl w:val="0"/>
              </w:rPr>
            </w:r>
          </w:p>
        </w:tc>
        <w:tc>
          <w:tcPr/>
          <w:p w:rsidR="00000000" w:rsidDel="00000000" w:rsidP="00000000" w:rsidRDefault="00000000" w:rsidRPr="00000000" w14:paraId="000000A7">
            <w:pPr>
              <w:rPr>
                <w:rFonts w:ascii="Arial" w:cs="Arial" w:eastAsia="Arial" w:hAnsi="Arial"/>
              </w:rPr>
            </w:pPr>
            <w:r w:rsidDel="00000000" w:rsidR="00000000" w:rsidRPr="00000000">
              <w:rPr>
                <w:rtl w:val="0"/>
              </w:rPr>
            </w:r>
          </w:p>
        </w:tc>
        <w:tc>
          <w:tcPr/>
          <w:p w:rsidR="00000000" w:rsidDel="00000000" w:rsidP="00000000" w:rsidRDefault="00000000" w:rsidRPr="00000000" w14:paraId="000000A8">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A9">
            <w:pPr>
              <w:rPr>
                <w:rFonts w:ascii="Arial" w:cs="Arial" w:eastAsia="Arial" w:hAnsi="Arial"/>
              </w:rPr>
            </w:pPr>
            <w:r w:rsidDel="00000000" w:rsidR="00000000" w:rsidRPr="00000000">
              <w:rPr>
                <w:rFonts w:ascii="Arial" w:cs="Arial" w:eastAsia="Arial" w:hAnsi="Arial"/>
                <w:rtl w:val="0"/>
              </w:rPr>
              <w:t xml:space="preserve">Using ICT for classroom assessment.</w:t>
            </w:r>
          </w:p>
        </w:tc>
        <w:tc>
          <w:tcPr/>
          <w:p w:rsidR="00000000" w:rsidDel="00000000" w:rsidP="00000000" w:rsidRDefault="00000000" w:rsidRPr="00000000" w14:paraId="000000AA">
            <w:pPr>
              <w:rPr>
                <w:rFonts w:ascii="Arial" w:cs="Arial" w:eastAsia="Arial" w:hAnsi="Arial"/>
              </w:rPr>
            </w:pPr>
            <w:r w:rsidDel="00000000" w:rsidR="00000000" w:rsidRPr="00000000">
              <w:rPr>
                <w:rtl w:val="0"/>
              </w:rPr>
            </w:r>
          </w:p>
        </w:tc>
        <w:tc>
          <w:tcPr/>
          <w:p w:rsidR="00000000" w:rsidDel="00000000" w:rsidP="00000000" w:rsidRDefault="00000000" w:rsidRPr="00000000" w14:paraId="000000AB">
            <w:pPr>
              <w:rPr>
                <w:rFonts w:ascii="Arial" w:cs="Arial" w:eastAsia="Arial" w:hAnsi="Arial"/>
              </w:rPr>
            </w:pPr>
            <w:r w:rsidDel="00000000" w:rsidR="00000000" w:rsidRPr="00000000">
              <w:rPr>
                <w:rtl w:val="0"/>
              </w:rPr>
            </w:r>
          </w:p>
        </w:tc>
        <w:tc>
          <w:tcPr/>
          <w:p w:rsidR="00000000" w:rsidDel="00000000" w:rsidP="00000000" w:rsidRDefault="00000000" w:rsidRPr="00000000" w14:paraId="000000AC">
            <w:pPr>
              <w:rPr>
                <w:rFonts w:ascii="Arial" w:cs="Arial" w:eastAsia="Arial" w:hAnsi="Arial"/>
              </w:rPr>
            </w:pPr>
            <w:r w:rsidDel="00000000" w:rsidR="00000000" w:rsidRPr="00000000">
              <w:rPr>
                <w:rtl w:val="0"/>
              </w:rPr>
            </w:r>
          </w:p>
        </w:tc>
        <w:tc>
          <w:tcPr/>
          <w:p w:rsidR="00000000" w:rsidDel="00000000" w:rsidP="00000000" w:rsidRDefault="00000000" w:rsidRPr="00000000" w14:paraId="000000AD">
            <w:pPr>
              <w:rPr>
                <w:rFonts w:ascii="Arial" w:cs="Arial" w:eastAsia="Arial" w:hAnsi="Arial"/>
              </w:rPr>
            </w:pPr>
            <w:r w:rsidDel="00000000" w:rsidR="00000000" w:rsidRPr="00000000">
              <w:rPr>
                <w:rtl w:val="0"/>
              </w:rPr>
            </w:r>
          </w:p>
        </w:tc>
        <w:tc>
          <w:tcPr/>
          <w:p w:rsidR="00000000" w:rsidDel="00000000" w:rsidP="00000000" w:rsidRDefault="00000000" w:rsidRPr="00000000" w14:paraId="000000AE">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AF">
            <w:pPr>
              <w:rPr>
                <w:rFonts w:ascii="Arial" w:cs="Arial" w:eastAsia="Arial" w:hAnsi="Arial"/>
              </w:rPr>
            </w:pPr>
            <w:r w:rsidDel="00000000" w:rsidR="00000000" w:rsidRPr="00000000">
              <w:rPr>
                <w:rFonts w:ascii="Arial" w:cs="Arial" w:eastAsia="Arial" w:hAnsi="Arial"/>
                <w:rtl w:val="0"/>
              </w:rPr>
              <w:t xml:space="preserve">Demonstrating PPST Indicator 1.3.2.</w:t>
            </w:r>
          </w:p>
        </w:tc>
        <w:tc>
          <w:tcPr/>
          <w:p w:rsidR="00000000" w:rsidDel="00000000" w:rsidP="00000000" w:rsidRDefault="00000000" w:rsidRPr="00000000" w14:paraId="000000B0">
            <w:pPr>
              <w:rPr>
                <w:rFonts w:ascii="Arial" w:cs="Arial" w:eastAsia="Arial" w:hAnsi="Arial"/>
              </w:rPr>
            </w:pPr>
            <w:r w:rsidDel="00000000" w:rsidR="00000000" w:rsidRPr="00000000">
              <w:rPr>
                <w:rtl w:val="0"/>
              </w:rPr>
            </w:r>
          </w:p>
        </w:tc>
        <w:tc>
          <w:tcPr/>
          <w:p w:rsidR="00000000" w:rsidDel="00000000" w:rsidP="00000000" w:rsidRDefault="00000000" w:rsidRPr="00000000" w14:paraId="000000B1">
            <w:pPr>
              <w:rPr>
                <w:rFonts w:ascii="Arial" w:cs="Arial" w:eastAsia="Arial" w:hAnsi="Arial"/>
              </w:rPr>
            </w:pPr>
            <w:r w:rsidDel="00000000" w:rsidR="00000000" w:rsidRPr="00000000">
              <w:rPr>
                <w:rtl w:val="0"/>
              </w:rPr>
            </w:r>
          </w:p>
        </w:tc>
        <w:tc>
          <w:tcPr/>
          <w:p w:rsidR="00000000" w:rsidDel="00000000" w:rsidP="00000000" w:rsidRDefault="00000000" w:rsidRPr="00000000" w14:paraId="000000B2">
            <w:pPr>
              <w:rPr>
                <w:rFonts w:ascii="Arial" w:cs="Arial" w:eastAsia="Arial" w:hAnsi="Arial"/>
              </w:rPr>
            </w:pPr>
            <w:r w:rsidDel="00000000" w:rsidR="00000000" w:rsidRPr="00000000">
              <w:rPr>
                <w:rtl w:val="0"/>
              </w:rPr>
            </w:r>
          </w:p>
        </w:tc>
        <w:tc>
          <w:tcPr/>
          <w:p w:rsidR="00000000" w:rsidDel="00000000" w:rsidP="00000000" w:rsidRDefault="00000000" w:rsidRPr="00000000" w14:paraId="000000B3">
            <w:pPr>
              <w:rPr>
                <w:rFonts w:ascii="Arial" w:cs="Arial" w:eastAsia="Arial" w:hAnsi="Arial"/>
              </w:rPr>
            </w:pPr>
            <w:r w:rsidDel="00000000" w:rsidR="00000000" w:rsidRPr="00000000">
              <w:rPr>
                <w:rtl w:val="0"/>
              </w:rPr>
            </w:r>
          </w:p>
        </w:tc>
        <w:tc>
          <w:tcPr/>
          <w:p w:rsidR="00000000" w:rsidDel="00000000" w:rsidP="00000000" w:rsidRDefault="00000000" w:rsidRPr="00000000" w14:paraId="000000B4">
            <w:pPr>
              <w:rPr>
                <w:rFonts w:ascii="Arial" w:cs="Arial" w:eastAsia="Arial" w:hAnsi="Arial"/>
              </w:rPr>
            </w:pPr>
            <w:r w:rsidDel="00000000" w:rsidR="00000000" w:rsidRPr="00000000">
              <w:rPr>
                <w:rtl w:val="0"/>
              </w:rPr>
            </w:r>
          </w:p>
        </w:tc>
      </w:tr>
    </w:tbl>
    <w:p w:rsidR="00000000" w:rsidDel="00000000" w:rsidP="00000000" w:rsidRDefault="00000000" w:rsidRPr="00000000" w14:paraId="000000B5">
      <w:pPr>
        <w:pStyle w:val="Heading2"/>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B6">
      <w:pPr>
        <w:pStyle w:val="Heading2"/>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B7">
      <w:pPr>
        <w:pStyle w:val="Head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Part V. Challenges in ICT Integration (1=Not a Challenge, 5=Serious Challenge)</w:t>
      </w:r>
    </w:p>
    <w:tbl>
      <w:tblPr>
        <w:tblStyle w:val="Table4"/>
        <w:tblW w:w="8640.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1440"/>
        <w:gridCol w:w="1440"/>
        <w:gridCol w:w="1440"/>
        <w:gridCol w:w="1440"/>
        <w:gridCol w:w="1440"/>
        <w:gridCol w:w="1440"/>
        <w:tblGridChange w:id="0">
          <w:tblGrid>
            <w:gridCol w:w="1440"/>
            <w:gridCol w:w="1440"/>
            <w:gridCol w:w="1440"/>
            <w:gridCol w:w="1440"/>
            <w:gridCol w:w="1440"/>
            <w:gridCol w:w="1440"/>
          </w:tblGrid>
        </w:tblGridChange>
      </w:tblGrid>
      <w:tr>
        <w:trPr>
          <w:cantSplit w:val="0"/>
          <w:tblHeader w:val="0"/>
        </w:trPr>
        <w:tc>
          <w:tcPr/>
          <w:p w:rsidR="00000000" w:rsidDel="00000000" w:rsidP="00000000" w:rsidRDefault="00000000" w:rsidRPr="00000000" w14:paraId="000000B8">
            <w:pPr>
              <w:rPr>
                <w:rFonts w:ascii="Arial" w:cs="Arial" w:eastAsia="Arial" w:hAnsi="Arial"/>
              </w:rPr>
            </w:pPr>
            <w:r w:rsidDel="00000000" w:rsidR="00000000" w:rsidRPr="00000000">
              <w:rPr>
                <w:rFonts w:ascii="Arial" w:cs="Arial" w:eastAsia="Arial" w:hAnsi="Arial"/>
                <w:rtl w:val="0"/>
              </w:rPr>
              <w:t xml:space="preserve">Statement</w:t>
            </w:r>
          </w:p>
        </w:tc>
        <w:tc>
          <w:tcPr/>
          <w:p w:rsidR="00000000" w:rsidDel="00000000" w:rsidP="00000000" w:rsidRDefault="00000000" w:rsidRPr="00000000" w14:paraId="000000B9">
            <w:pPr>
              <w:rPr>
                <w:rFonts w:ascii="Arial" w:cs="Arial" w:eastAsia="Arial" w:hAnsi="Arial"/>
              </w:rPr>
            </w:pPr>
            <w:r w:rsidDel="00000000" w:rsidR="00000000" w:rsidRPr="00000000">
              <w:rPr>
                <w:rFonts w:ascii="Arial" w:cs="Arial" w:eastAsia="Arial" w:hAnsi="Arial"/>
                <w:rtl w:val="0"/>
              </w:rPr>
              <w:t xml:space="preserve">1</w:t>
            </w:r>
          </w:p>
        </w:tc>
        <w:tc>
          <w:tcPr/>
          <w:p w:rsidR="00000000" w:rsidDel="00000000" w:rsidP="00000000" w:rsidRDefault="00000000" w:rsidRPr="00000000" w14:paraId="000000BA">
            <w:pPr>
              <w:rPr>
                <w:rFonts w:ascii="Arial" w:cs="Arial" w:eastAsia="Arial" w:hAnsi="Arial"/>
              </w:rPr>
            </w:pPr>
            <w:r w:rsidDel="00000000" w:rsidR="00000000" w:rsidRPr="00000000">
              <w:rPr>
                <w:rFonts w:ascii="Arial" w:cs="Arial" w:eastAsia="Arial" w:hAnsi="Arial"/>
                <w:rtl w:val="0"/>
              </w:rPr>
              <w:t xml:space="preserve">2</w:t>
            </w:r>
          </w:p>
        </w:tc>
        <w:tc>
          <w:tcPr/>
          <w:p w:rsidR="00000000" w:rsidDel="00000000" w:rsidP="00000000" w:rsidRDefault="00000000" w:rsidRPr="00000000" w14:paraId="000000BB">
            <w:pPr>
              <w:rPr>
                <w:rFonts w:ascii="Arial" w:cs="Arial" w:eastAsia="Arial" w:hAnsi="Arial"/>
              </w:rPr>
            </w:pPr>
            <w:r w:rsidDel="00000000" w:rsidR="00000000" w:rsidRPr="00000000">
              <w:rPr>
                <w:rFonts w:ascii="Arial" w:cs="Arial" w:eastAsia="Arial" w:hAnsi="Arial"/>
                <w:rtl w:val="0"/>
              </w:rPr>
              <w:t xml:space="preserve">3</w:t>
            </w:r>
          </w:p>
        </w:tc>
        <w:tc>
          <w:tcPr/>
          <w:p w:rsidR="00000000" w:rsidDel="00000000" w:rsidP="00000000" w:rsidRDefault="00000000" w:rsidRPr="00000000" w14:paraId="000000BC">
            <w:pPr>
              <w:rPr>
                <w:rFonts w:ascii="Arial" w:cs="Arial" w:eastAsia="Arial" w:hAnsi="Arial"/>
              </w:rPr>
            </w:pPr>
            <w:r w:rsidDel="00000000" w:rsidR="00000000" w:rsidRPr="00000000">
              <w:rPr>
                <w:rFonts w:ascii="Arial" w:cs="Arial" w:eastAsia="Arial" w:hAnsi="Arial"/>
                <w:rtl w:val="0"/>
              </w:rPr>
              <w:t xml:space="preserve">4</w:t>
            </w:r>
          </w:p>
        </w:tc>
        <w:tc>
          <w:tcPr/>
          <w:p w:rsidR="00000000" w:rsidDel="00000000" w:rsidP="00000000" w:rsidRDefault="00000000" w:rsidRPr="00000000" w14:paraId="000000BD">
            <w:pPr>
              <w:rPr>
                <w:rFonts w:ascii="Arial" w:cs="Arial" w:eastAsia="Arial" w:hAnsi="Arial"/>
              </w:rPr>
            </w:pPr>
            <w:r w:rsidDel="00000000" w:rsidR="00000000" w:rsidRPr="00000000">
              <w:rPr>
                <w:rFonts w:ascii="Arial" w:cs="Arial" w:eastAsia="Arial" w:hAnsi="Arial"/>
                <w:rtl w:val="0"/>
              </w:rPr>
              <w:t xml:space="preserve">5</w:t>
            </w:r>
          </w:p>
        </w:tc>
      </w:tr>
      <w:tr>
        <w:trPr>
          <w:cantSplit w:val="0"/>
          <w:tblHeader w:val="0"/>
        </w:trPr>
        <w:tc>
          <w:tcPr/>
          <w:p w:rsidR="00000000" w:rsidDel="00000000" w:rsidP="00000000" w:rsidRDefault="00000000" w:rsidRPr="00000000" w14:paraId="000000BE">
            <w:pPr>
              <w:rPr>
                <w:rFonts w:ascii="Arial" w:cs="Arial" w:eastAsia="Arial" w:hAnsi="Arial"/>
              </w:rPr>
            </w:pPr>
            <w:r w:rsidDel="00000000" w:rsidR="00000000" w:rsidRPr="00000000">
              <w:rPr>
                <w:rFonts w:ascii="Arial" w:cs="Arial" w:eastAsia="Arial" w:hAnsi="Arial"/>
                <w:rtl w:val="0"/>
              </w:rPr>
              <w:t xml:space="preserve">Limited ICT skills</w:t>
            </w:r>
          </w:p>
        </w:tc>
        <w:tc>
          <w:tcPr/>
          <w:p w:rsidR="00000000" w:rsidDel="00000000" w:rsidP="00000000" w:rsidRDefault="00000000" w:rsidRPr="00000000" w14:paraId="000000BF">
            <w:pPr>
              <w:rPr>
                <w:rFonts w:ascii="Arial" w:cs="Arial" w:eastAsia="Arial" w:hAnsi="Arial"/>
              </w:rPr>
            </w:pPr>
            <w:r w:rsidDel="00000000" w:rsidR="00000000" w:rsidRPr="00000000">
              <w:rPr>
                <w:rtl w:val="0"/>
              </w:rPr>
            </w:r>
          </w:p>
        </w:tc>
        <w:tc>
          <w:tcPr/>
          <w:p w:rsidR="00000000" w:rsidDel="00000000" w:rsidP="00000000" w:rsidRDefault="00000000" w:rsidRPr="00000000" w14:paraId="000000C0">
            <w:pPr>
              <w:rPr>
                <w:rFonts w:ascii="Arial" w:cs="Arial" w:eastAsia="Arial" w:hAnsi="Arial"/>
              </w:rPr>
            </w:pPr>
            <w:r w:rsidDel="00000000" w:rsidR="00000000" w:rsidRPr="00000000">
              <w:rPr>
                <w:rtl w:val="0"/>
              </w:rPr>
            </w:r>
          </w:p>
        </w:tc>
        <w:tc>
          <w:tcPr/>
          <w:p w:rsidR="00000000" w:rsidDel="00000000" w:rsidP="00000000" w:rsidRDefault="00000000" w:rsidRPr="00000000" w14:paraId="000000C1">
            <w:pPr>
              <w:rPr>
                <w:rFonts w:ascii="Arial" w:cs="Arial" w:eastAsia="Arial" w:hAnsi="Arial"/>
              </w:rPr>
            </w:pPr>
            <w:r w:rsidDel="00000000" w:rsidR="00000000" w:rsidRPr="00000000">
              <w:rPr>
                <w:rtl w:val="0"/>
              </w:rPr>
            </w:r>
          </w:p>
        </w:tc>
        <w:tc>
          <w:tcPr/>
          <w:p w:rsidR="00000000" w:rsidDel="00000000" w:rsidP="00000000" w:rsidRDefault="00000000" w:rsidRPr="00000000" w14:paraId="000000C2">
            <w:pPr>
              <w:rPr>
                <w:rFonts w:ascii="Arial" w:cs="Arial" w:eastAsia="Arial" w:hAnsi="Arial"/>
              </w:rPr>
            </w:pPr>
            <w:r w:rsidDel="00000000" w:rsidR="00000000" w:rsidRPr="00000000">
              <w:rPr>
                <w:rtl w:val="0"/>
              </w:rPr>
            </w:r>
          </w:p>
        </w:tc>
        <w:tc>
          <w:tcPr/>
          <w:p w:rsidR="00000000" w:rsidDel="00000000" w:rsidP="00000000" w:rsidRDefault="00000000" w:rsidRPr="00000000" w14:paraId="000000C3">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C4">
            <w:pPr>
              <w:rPr>
                <w:rFonts w:ascii="Arial" w:cs="Arial" w:eastAsia="Arial" w:hAnsi="Arial"/>
              </w:rPr>
            </w:pPr>
            <w:r w:rsidDel="00000000" w:rsidR="00000000" w:rsidRPr="00000000">
              <w:rPr>
                <w:rFonts w:ascii="Arial" w:cs="Arial" w:eastAsia="Arial" w:hAnsi="Arial"/>
                <w:rtl w:val="0"/>
              </w:rPr>
              <w:t xml:space="preserve">Lack of confidence in using ICT during instruction</w:t>
            </w:r>
          </w:p>
        </w:tc>
        <w:tc>
          <w:tcPr/>
          <w:p w:rsidR="00000000" w:rsidDel="00000000" w:rsidP="00000000" w:rsidRDefault="00000000" w:rsidRPr="00000000" w14:paraId="000000C5">
            <w:pPr>
              <w:rPr>
                <w:rFonts w:ascii="Arial" w:cs="Arial" w:eastAsia="Arial" w:hAnsi="Arial"/>
              </w:rPr>
            </w:pPr>
            <w:r w:rsidDel="00000000" w:rsidR="00000000" w:rsidRPr="00000000">
              <w:rPr>
                <w:rtl w:val="0"/>
              </w:rPr>
            </w:r>
          </w:p>
        </w:tc>
        <w:tc>
          <w:tcPr/>
          <w:p w:rsidR="00000000" w:rsidDel="00000000" w:rsidP="00000000" w:rsidRDefault="00000000" w:rsidRPr="00000000" w14:paraId="000000C6">
            <w:pPr>
              <w:rPr>
                <w:rFonts w:ascii="Arial" w:cs="Arial" w:eastAsia="Arial" w:hAnsi="Arial"/>
              </w:rPr>
            </w:pPr>
            <w:r w:rsidDel="00000000" w:rsidR="00000000" w:rsidRPr="00000000">
              <w:rPr>
                <w:rtl w:val="0"/>
              </w:rPr>
            </w:r>
          </w:p>
        </w:tc>
        <w:tc>
          <w:tcPr/>
          <w:p w:rsidR="00000000" w:rsidDel="00000000" w:rsidP="00000000" w:rsidRDefault="00000000" w:rsidRPr="00000000" w14:paraId="000000C7">
            <w:pPr>
              <w:rPr>
                <w:rFonts w:ascii="Arial" w:cs="Arial" w:eastAsia="Arial" w:hAnsi="Arial"/>
              </w:rPr>
            </w:pPr>
            <w:r w:rsidDel="00000000" w:rsidR="00000000" w:rsidRPr="00000000">
              <w:rPr>
                <w:rtl w:val="0"/>
              </w:rPr>
            </w:r>
          </w:p>
        </w:tc>
        <w:tc>
          <w:tcPr/>
          <w:p w:rsidR="00000000" w:rsidDel="00000000" w:rsidP="00000000" w:rsidRDefault="00000000" w:rsidRPr="00000000" w14:paraId="000000C8">
            <w:pPr>
              <w:rPr>
                <w:rFonts w:ascii="Arial" w:cs="Arial" w:eastAsia="Arial" w:hAnsi="Arial"/>
              </w:rPr>
            </w:pPr>
            <w:r w:rsidDel="00000000" w:rsidR="00000000" w:rsidRPr="00000000">
              <w:rPr>
                <w:rtl w:val="0"/>
              </w:rPr>
            </w:r>
          </w:p>
        </w:tc>
        <w:tc>
          <w:tcPr/>
          <w:p w:rsidR="00000000" w:rsidDel="00000000" w:rsidP="00000000" w:rsidRDefault="00000000" w:rsidRPr="00000000" w14:paraId="000000C9">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CA">
            <w:pPr>
              <w:rPr>
                <w:rFonts w:ascii="Arial" w:cs="Arial" w:eastAsia="Arial" w:hAnsi="Arial"/>
              </w:rPr>
            </w:pPr>
            <w:r w:rsidDel="00000000" w:rsidR="00000000" w:rsidRPr="00000000">
              <w:rPr>
                <w:rFonts w:ascii="Arial" w:cs="Arial" w:eastAsia="Arial" w:hAnsi="Arial"/>
                <w:rtl w:val="0"/>
              </w:rPr>
              <w:t xml:space="preserve">Limited access to ICT equipment</w:t>
            </w:r>
          </w:p>
        </w:tc>
        <w:tc>
          <w:tcPr/>
          <w:p w:rsidR="00000000" w:rsidDel="00000000" w:rsidP="00000000" w:rsidRDefault="00000000" w:rsidRPr="00000000" w14:paraId="000000CB">
            <w:pPr>
              <w:rPr>
                <w:rFonts w:ascii="Arial" w:cs="Arial" w:eastAsia="Arial" w:hAnsi="Arial"/>
              </w:rPr>
            </w:pPr>
            <w:r w:rsidDel="00000000" w:rsidR="00000000" w:rsidRPr="00000000">
              <w:rPr>
                <w:rtl w:val="0"/>
              </w:rPr>
            </w:r>
          </w:p>
        </w:tc>
        <w:tc>
          <w:tcPr/>
          <w:p w:rsidR="00000000" w:rsidDel="00000000" w:rsidP="00000000" w:rsidRDefault="00000000" w:rsidRPr="00000000" w14:paraId="000000CC">
            <w:pPr>
              <w:rPr>
                <w:rFonts w:ascii="Arial" w:cs="Arial" w:eastAsia="Arial" w:hAnsi="Arial"/>
              </w:rPr>
            </w:pPr>
            <w:r w:rsidDel="00000000" w:rsidR="00000000" w:rsidRPr="00000000">
              <w:rPr>
                <w:rtl w:val="0"/>
              </w:rPr>
            </w:r>
          </w:p>
        </w:tc>
        <w:tc>
          <w:tcPr/>
          <w:p w:rsidR="00000000" w:rsidDel="00000000" w:rsidP="00000000" w:rsidRDefault="00000000" w:rsidRPr="00000000" w14:paraId="000000CD">
            <w:pPr>
              <w:rPr>
                <w:rFonts w:ascii="Arial" w:cs="Arial" w:eastAsia="Arial" w:hAnsi="Arial"/>
              </w:rPr>
            </w:pPr>
            <w:r w:rsidDel="00000000" w:rsidR="00000000" w:rsidRPr="00000000">
              <w:rPr>
                <w:rtl w:val="0"/>
              </w:rPr>
            </w:r>
          </w:p>
        </w:tc>
        <w:tc>
          <w:tcPr/>
          <w:p w:rsidR="00000000" w:rsidDel="00000000" w:rsidP="00000000" w:rsidRDefault="00000000" w:rsidRPr="00000000" w14:paraId="000000CE">
            <w:pPr>
              <w:rPr>
                <w:rFonts w:ascii="Arial" w:cs="Arial" w:eastAsia="Arial" w:hAnsi="Arial"/>
              </w:rPr>
            </w:pPr>
            <w:r w:rsidDel="00000000" w:rsidR="00000000" w:rsidRPr="00000000">
              <w:rPr>
                <w:rtl w:val="0"/>
              </w:rPr>
            </w:r>
          </w:p>
        </w:tc>
        <w:tc>
          <w:tcPr/>
          <w:p w:rsidR="00000000" w:rsidDel="00000000" w:rsidP="00000000" w:rsidRDefault="00000000" w:rsidRPr="00000000" w14:paraId="000000CF">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D0">
            <w:pPr>
              <w:rPr>
                <w:rFonts w:ascii="Arial" w:cs="Arial" w:eastAsia="Arial" w:hAnsi="Arial"/>
              </w:rPr>
            </w:pPr>
            <w:r w:rsidDel="00000000" w:rsidR="00000000" w:rsidRPr="00000000">
              <w:rPr>
                <w:rFonts w:ascii="Arial" w:cs="Arial" w:eastAsia="Arial" w:hAnsi="Arial"/>
                <w:rtl w:val="0"/>
              </w:rPr>
              <w:t xml:space="preserve">Lack of learner devices</w:t>
            </w:r>
          </w:p>
        </w:tc>
        <w:tc>
          <w:tcPr/>
          <w:p w:rsidR="00000000" w:rsidDel="00000000" w:rsidP="00000000" w:rsidRDefault="00000000" w:rsidRPr="00000000" w14:paraId="000000D1">
            <w:pPr>
              <w:rPr>
                <w:rFonts w:ascii="Arial" w:cs="Arial" w:eastAsia="Arial" w:hAnsi="Arial"/>
              </w:rPr>
            </w:pPr>
            <w:r w:rsidDel="00000000" w:rsidR="00000000" w:rsidRPr="00000000">
              <w:rPr>
                <w:rtl w:val="0"/>
              </w:rPr>
            </w:r>
          </w:p>
        </w:tc>
        <w:tc>
          <w:tcPr/>
          <w:p w:rsidR="00000000" w:rsidDel="00000000" w:rsidP="00000000" w:rsidRDefault="00000000" w:rsidRPr="00000000" w14:paraId="000000D2">
            <w:pPr>
              <w:rPr>
                <w:rFonts w:ascii="Arial" w:cs="Arial" w:eastAsia="Arial" w:hAnsi="Arial"/>
              </w:rPr>
            </w:pPr>
            <w:r w:rsidDel="00000000" w:rsidR="00000000" w:rsidRPr="00000000">
              <w:rPr>
                <w:rtl w:val="0"/>
              </w:rPr>
            </w:r>
          </w:p>
        </w:tc>
        <w:tc>
          <w:tcPr/>
          <w:p w:rsidR="00000000" w:rsidDel="00000000" w:rsidP="00000000" w:rsidRDefault="00000000" w:rsidRPr="00000000" w14:paraId="000000D3">
            <w:pPr>
              <w:rPr>
                <w:rFonts w:ascii="Arial" w:cs="Arial" w:eastAsia="Arial" w:hAnsi="Arial"/>
              </w:rPr>
            </w:pPr>
            <w:r w:rsidDel="00000000" w:rsidR="00000000" w:rsidRPr="00000000">
              <w:rPr>
                <w:rtl w:val="0"/>
              </w:rPr>
            </w:r>
          </w:p>
        </w:tc>
        <w:tc>
          <w:tcPr/>
          <w:p w:rsidR="00000000" w:rsidDel="00000000" w:rsidP="00000000" w:rsidRDefault="00000000" w:rsidRPr="00000000" w14:paraId="000000D4">
            <w:pPr>
              <w:rPr>
                <w:rFonts w:ascii="Arial" w:cs="Arial" w:eastAsia="Arial" w:hAnsi="Arial"/>
              </w:rPr>
            </w:pPr>
            <w:r w:rsidDel="00000000" w:rsidR="00000000" w:rsidRPr="00000000">
              <w:rPr>
                <w:rtl w:val="0"/>
              </w:rPr>
            </w:r>
          </w:p>
        </w:tc>
        <w:tc>
          <w:tcPr/>
          <w:p w:rsidR="00000000" w:rsidDel="00000000" w:rsidP="00000000" w:rsidRDefault="00000000" w:rsidRPr="00000000" w14:paraId="000000D5">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D6">
            <w:pPr>
              <w:rPr>
                <w:rFonts w:ascii="Arial" w:cs="Arial" w:eastAsia="Arial" w:hAnsi="Arial"/>
              </w:rPr>
            </w:pPr>
            <w:r w:rsidDel="00000000" w:rsidR="00000000" w:rsidRPr="00000000">
              <w:rPr>
                <w:rFonts w:ascii="Arial" w:cs="Arial" w:eastAsia="Arial" w:hAnsi="Arial"/>
                <w:rtl w:val="0"/>
              </w:rPr>
              <w:t xml:space="preserve">Poor internet connectivity</w:t>
            </w:r>
          </w:p>
        </w:tc>
        <w:tc>
          <w:tcPr/>
          <w:p w:rsidR="00000000" w:rsidDel="00000000" w:rsidP="00000000" w:rsidRDefault="00000000" w:rsidRPr="00000000" w14:paraId="000000D7">
            <w:pPr>
              <w:rPr>
                <w:rFonts w:ascii="Arial" w:cs="Arial" w:eastAsia="Arial" w:hAnsi="Arial"/>
              </w:rPr>
            </w:pPr>
            <w:r w:rsidDel="00000000" w:rsidR="00000000" w:rsidRPr="00000000">
              <w:rPr>
                <w:rtl w:val="0"/>
              </w:rPr>
            </w:r>
          </w:p>
        </w:tc>
        <w:tc>
          <w:tcPr/>
          <w:p w:rsidR="00000000" w:rsidDel="00000000" w:rsidP="00000000" w:rsidRDefault="00000000" w:rsidRPr="00000000" w14:paraId="000000D8">
            <w:pPr>
              <w:rPr>
                <w:rFonts w:ascii="Arial" w:cs="Arial" w:eastAsia="Arial" w:hAnsi="Arial"/>
              </w:rPr>
            </w:pPr>
            <w:r w:rsidDel="00000000" w:rsidR="00000000" w:rsidRPr="00000000">
              <w:rPr>
                <w:rtl w:val="0"/>
              </w:rPr>
            </w:r>
          </w:p>
        </w:tc>
        <w:tc>
          <w:tcPr/>
          <w:p w:rsidR="00000000" w:rsidDel="00000000" w:rsidP="00000000" w:rsidRDefault="00000000" w:rsidRPr="00000000" w14:paraId="000000D9">
            <w:pPr>
              <w:rPr>
                <w:rFonts w:ascii="Arial" w:cs="Arial" w:eastAsia="Arial" w:hAnsi="Arial"/>
              </w:rPr>
            </w:pPr>
            <w:r w:rsidDel="00000000" w:rsidR="00000000" w:rsidRPr="00000000">
              <w:rPr>
                <w:rtl w:val="0"/>
              </w:rPr>
            </w:r>
          </w:p>
        </w:tc>
        <w:tc>
          <w:tcPr/>
          <w:p w:rsidR="00000000" w:rsidDel="00000000" w:rsidP="00000000" w:rsidRDefault="00000000" w:rsidRPr="00000000" w14:paraId="000000DA">
            <w:pPr>
              <w:rPr>
                <w:rFonts w:ascii="Arial" w:cs="Arial" w:eastAsia="Arial" w:hAnsi="Arial"/>
              </w:rPr>
            </w:pPr>
            <w:r w:rsidDel="00000000" w:rsidR="00000000" w:rsidRPr="00000000">
              <w:rPr>
                <w:rtl w:val="0"/>
              </w:rPr>
            </w:r>
          </w:p>
        </w:tc>
        <w:tc>
          <w:tcPr/>
          <w:p w:rsidR="00000000" w:rsidDel="00000000" w:rsidP="00000000" w:rsidRDefault="00000000" w:rsidRPr="00000000" w14:paraId="000000DB">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DC">
            <w:pPr>
              <w:rPr>
                <w:rFonts w:ascii="Arial" w:cs="Arial" w:eastAsia="Arial" w:hAnsi="Arial"/>
              </w:rPr>
            </w:pPr>
            <w:r w:rsidDel="00000000" w:rsidR="00000000" w:rsidRPr="00000000">
              <w:rPr>
                <w:rFonts w:ascii="Arial" w:cs="Arial" w:eastAsia="Arial" w:hAnsi="Arial"/>
                <w:rtl w:val="0"/>
              </w:rPr>
              <w:t xml:space="preserve">Lack of technical support</w:t>
            </w:r>
          </w:p>
        </w:tc>
        <w:tc>
          <w:tcPr/>
          <w:p w:rsidR="00000000" w:rsidDel="00000000" w:rsidP="00000000" w:rsidRDefault="00000000" w:rsidRPr="00000000" w14:paraId="000000DD">
            <w:pPr>
              <w:rPr>
                <w:rFonts w:ascii="Arial" w:cs="Arial" w:eastAsia="Arial" w:hAnsi="Arial"/>
              </w:rPr>
            </w:pPr>
            <w:r w:rsidDel="00000000" w:rsidR="00000000" w:rsidRPr="00000000">
              <w:rPr>
                <w:rtl w:val="0"/>
              </w:rPr>
            </w:r>
          </w:p>
        </w:tc>
        <w:tc>
          <w:tcPr/>
          <w:p w:rsidR="00000000" w:rsidDel="00000000" w:rsidP="00000000" w:rsidRDefault="00000000" w:rsidRPr="00000000" w14:paraId="000000DE">
            <w:pPr>
              <w:rPr>
                <w:rFonts w:ascii="Arial" w:cs="Arial" w:eastAsia="Arial" w:hAnsi="Arial"/>
              </w:rPr>
            </w:pPr>
            <w:r w:rsidDel="00000000" w:rsidR="00000000" w:rsidRPr="00000000">
              <w:rPr>
                <w:rtl w:val="0"/>
              </w:rPr>
            </w:r>
          </w:p>
        </w:tc>
        <w:tc>
          <w:tcPr/>
          <w:p w:rsidR="00000000" w:rsidDel="00000000" w:rsidP="00000000" w:rsidRDefault="00000000" w:rsidRPr="00000000" w14:paraId="000000DF">
            <w:pPr>
              <w:rPr>
                <w:rFonts w:ascii="Arial" w:cs="Arial" w:eastAsia="Arial" w:hAnsi="Arial"/>
              </w:rPr>
            </w:pPr>
            <w:r w:rsidDel="00000000" w:rsidR="00000000" w:rsidRPr="00000000">
              <w:rPr>
                <w:rtl w:val="0"/>
              </w:rPr>
            </w:r>
          </w:p>
        </w:tc>
        <w:tc>
          <w:tcPr/>
          <w:p w:rsidR="00000000" w:rsidDel="00000000" w:rsidP="00000000" w:rsidRDefault="00000000" w:rsidRPr="00000000" w14:paraId="000000E0">
            <w:pPr>
              <w:rPr>
                <w:rFonts w:ascii="Arial" w:cs="Arial" w:eastAsia="Arial" w:hAnsi="Arial"/>
              </w:rPr>
            </w:pPr>
            <w:r w:rsidDel="00000000" w:rsidR="00000000" w:rsidRPr="00000000">
              <w:rPr>
                <w:rtl w:val="0"/>
              </w:rPr>
            </w:r>
          </w:p>
        </w:tc>
        <w:tc>
          <w:tcPr/>
          <w:p w:rsidR="00000000" w:rsidDel="00000000" w:rsidP="00000000" w:rsidRDefault="00000000" w:rsidRPr="00000000" w14:paraId="000000E1">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E2">
            <w:pPr>
              <w:rPr>
                <w:rFonts w:ascii="Arial" w:cs="Arial" w:eastAsia="Arial" w:hAnsi="Arial"/>
              </w:rPr>
            </w:pPr>
            <w:r w:rsidDel="00000000" w:rsidR="00000000" w:rsidRPr="00000000">
              <w:rPr>
                <w:rFonts w:ascii="Arial" w:cs="Arial" w:eastAsia="Arial" w:hAnsi="Arial"/>
                <w:rtl w:val="0"/>
              </w:rPr>
              <w:t xml:space="preserve">Lack of training opportunities</w:t>
            </w:r>
          </w:p>
        </w:tc>
        <w:tc>
          <w:tcPr/>
          <w:p w:rsidR="00000000" w:rsidDel="00000000" w:rsidP="00000000" w:rsidRDefault="00000000" w:rsidRPr="00000000" w14:paraId="000000E3">
            <w:pPr>
              <w:rPr>
                <w:rFonts w:ascii="Arial" w:cs="Arial" w:eastAsia="Arial" w:hAnsi="Arial"/>
              </w:rPr>
            </w:pPr>
            <w:r w:rsidDel="00000000" w:rsidR="00000000" w:rsidRPr="00000000">
              <w:rPr>
                <w:rtl w:val="0"/>
              </w:rPr>
            </w:r>
          </w:p>
        </w:tc>
        <w:tc>
          <w:tcPr/>
          <w:p w:rsidR="00000000" w:rsidDel="00000000" w:rsidP="00000000" w:rsidRDefault="00000000" w:rsidRPr="00000000" w14:paraId="000000E4">
            <w:pPr>
              <w:rPr>
                <w:rFonts w:ascii="Arial" w:cs="Arial" w:eastAsia="Arial" w:hAnsi="Arial"/>
              </w:rPr>
            </w:pPr>
            <w:r w:rsidDel="00000000" w:rsidR="00000000" w:rsidRPr="00000000">
              <w:rPr>
                <w:rtl w:val="0"/>
              </w:rPr>
            </w:r>
          </w:p>
        </w:tc>
        <w:tc>
          <w:tcPr/>
          <w:p w:rsidR="00000000" w:rsidDel="00000000" w:rsidP="00000000" w:rsidRDefault="00000000" w:rsidRPr="00000000" w14:paraId="000000E5">
            <w:pPr>
              <w:rPr>
                <w:rFonts w:ascii="Arial" w:cs="Arial" w:eastAsia="Arial" w:hAnsi="Arial"/>
              </w:rPr>
            </w:pPr>
            <w:r w:rsidDel="00000000" w:rsidR="00000000" w:rsidRPr="00000000">
              <w:rPr>
                <w:rtl w:val="0"/>
              </w:rPr>
            </w:r>
          </w:p>
        </w:tc>
        <w:tc>
          <w:tcPr/>
          <w:p w:rsidR="00000000" w:rsidDel="00000000" w:rsidP="00000000" w:rsidRDefault="00000000" w:rsidRPr="00000000" w14:paraId="000000E6">
            <w:pPr>
              <w:rPr>
                <w:rFonts w:ascii="Arial" w:cs="Arial" w:eastAsia="Arial" w:hAnsi="Arial"/>
              </w:rPr>
            </w:pPr>
            <w:r w:rsidDel="00000000" w:rsidR="00000000" w:rsidRPr="00000000">
              <w:rPr>
                <w:rtl w:val="0"/>
              </w:rPr>
            </w:r>
          </w:p>
        </w:tc>
        <w:tc>
          <w:tcPr/>
          <w:p w:rsidR="00000000" w:rsidDel="00000000" w:rsidP="00000000" w:rsidRDefault="00000000" w:rsidRPr="00000000" w14:paraId="000000E7">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E8">
            <w:pPr>
              <w:rPr>
                <w:rFonts w:ascii="Arial" w:cs="Arial" w:eastAsia="Arial" w:hAnsi="Arial"/>
              </w:rPr>
            </w:pPr>
            <w:r w:rsidDel="00000000" w:rsidR="00000000" w:rsidRPr="00000000">
              <w:rPr>
                <w:rFonts w:ascii="Arial" w:cs="Arial" w:eastAsia="Arial" w:hAnsi="Arial"/>
                <w:rtl w:val="0"/>
              </w:rPr>
              <w:t xml:space="preserve">Limited time to prepare ICT-integrated lessons</w:t>
            </w:r>
          </w:p>
        </w:tc>
        <w:tc>
          <w:tcPr/>
          <w:p w:rsidR="00000000" w:rsidDel="00000000" w:rsidP="00000000" w:rsidRDefault="00000000" w:rsidRPr="00000000" w14:paraId="000000E9">
            <w:pPr>
              <w:rPr>
                <w:rFonts w:ascii="Arial" w:cs="Arial" w:eastAsia="Arial" w:hAnsi="Arial"/>
              </w:rPr>
            </w:pPr>
            <w:r w:rsidDel="00000000" w:rsidR="00000000" w:rsidRPr="00000000">
              <w:rPr>
                <w:rtl w:val="0"/>
              </w:rPr>
            </w:r>
          </w:p>
        </w:tc>
        <w:tc>
          <w:tcPr/>
          <w:p w:rsidR="00000000" w:rsidDel="00000000" w:rsidP="00000000" w:rsidRDefault="00000000" w:rsidRPr="00000000" w14:paraId="000000EA">
            <w:pPr>
              <w:rPr>
                <w:rFonts w:ascii="Arial" w:cs="Arial" w:eastAsia="Arial" w:hAnsi="Arial"/>
              </w:rPr>
            </w:pPr>
            <w:r w:rsidDel="00000000" w:rsidR="00000000" w:rsidRPr="00000000">
              <w:rPr>
                <w:rtl w:val="0"/>
              </w:rPr>
            </w:r>
          </w:p>
        </w:tc>
        <w:tc>
          <w:tcPr/>
          <w:p w:rsidR="00000000" w:rsidDel="00000000" w:rsidP="00000000" w:rsidRDefault="00000000" w:rsidRPr="00000000" w14:paraId="000000EB">
            <w:pPr>
              <w:rPr>
                <w:rFonts w:ascii="Arial" w:cs="Arial" w:eastAsia="Arial" w:hAnsi="Arial"/>
              </w:rPr>
            </w:pPr>
            <w:r w:rsidDel="00000000" w:rsidR="00000000" w:rsidRPr="00000000">
              <w:rPr>
                <w:rtl w:val="0"/>
              </w:rPr>
            </w:r>
          </w:p>
        </w:tc>
        <w:tc>
          <w:tcPr/>
          <w:p w:rsidR="00000000" w:rsidDel="00000000" w:rsidP="00000000" w:rsidRDefault="00000000" w:rsidRPr="00000000" w14:paraId="000000EC">
            <w:pPr>
              <w:rPr>
                <w:rFonts w:ascii="Arial" w:cs="Arial" w:eastAsia="Arial" w:hAnsi="Arial"/>
              </w:rPr>
            </w:pPr>
            <w:r w:rsidDel="00000000" w:rsidR="00000000" w:rsidRPr="00000000">
              <w:rPr>
                <w:rtl w:val="0"/>
              </w:rPr>
            </w:r>
          </w:p>
        </w:tc>
        <w:tc>
          <w:tcPr/>
          <w:p w:rsidR="00000000" w:rsidDel="00000000" w:rsidP="00000000" w:rsidRDefault="00000000" w:rsidRPr="00000000" w14:paraId="000000ED">
            <w:pPr>
              <w:rPr>
                <w:rFonts w:ascii="Arial" w:cs="Arial" w:eastAsia="Arial" w:hAnsi="Arial"/>
              </w:rPr>
            </w:pPr>
            <w:r w:rsidDel="00000000" w:rsidR="00000000" w:rsidRPr="00000000">
              <w:rPr>
                <w:rtl w:val="0"/>
              </w:rPr>
            </w:r>
          </w:p>
          <w:p w:rsidR="00000000" w:rsidDel="00000000" w:rsidP="00000000" w:rsidRDefault="00000000" w:rsidRPr="00000000" w14:paraId="000000EE">
            <w:pPr>
              <w:rPr>
                <w:rFonts w:ascii="Arial" w:cs="Arial" w:eastAsia="Arial" w:hAnsi="Arial"/>
              </w:rPr>
            </w:pPr>
            <w:r w:rsidDel="00000000" w:rsidR="00000000" w:rsidRPr="00000000">
              <w:rPr>
                <w:rtl w:val="0"/>
              </w:rPr>
            </w:r>
          </w:p>
          <w:p w:rsidR="00000000" w:rsidDel="00000000" w:rsidP="00000000" w:rsidRDefault="00000000" w:rsidRPr="00000000" w14:paraId="000000EF">
            <w:pPr>
              <w:rPr>
                <w:rFonts w:ascii="Arial" w:cs="Arial" w:eastAsia="Arial" w:hAnsi="Arial"/>
              </w:rPr>
            </w:pPr>
            <w:r w:rsidDel="00000000" w:rsidR="00000000" w:rsidRPr="00000000">
              <w:rPr>
                <w:rtl w:val="0"/>
              </w:rPr>
            </w:r>
          </w:p>
          <w:p w:rsidR="00000000" w:rsidDel="00000000" w:rsidP="00000000" w:rsidRDefault="00000000" w:rsidRPr="00000000" w14:paraId="000000F0">
            <w:pPr>
              <w:rPr>
                <w:rFonts w:ascii="Arial" w:cs="Arial" w:eastAsia="Arial" w:hAnsi="Arial"/>
              </w:rPr>
            </w:pPr>
            <w:r w:rsidDel="00000000" w:rsidR="00000000" w:rsidRPr="00000000">
              <w:rPr>
                <w:rtl w:val="0"/>
              </w:rPr>
            </w:r>
          </w:p>
          <w:p w:rsidR="00000000" w:rsidDel="00000000" w:rsidP="00000000" w:rsidRDefault="00000000" w:rsidRPr="00000000" w14:paraId="000000F1">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F2">
            <w:pPr>
              <w:rPr>
                <w:rFonts w:ascii="Arial" w:cs="Arial" w:eastAsia="Arial" w:hAnsi="Arial"/>
              </w:rPr>
            </w:pPr>
            <w:r w:rsidDel="00000000" w:rsidR="00000000" w:rsidRPr="00000000">
              <w:rPr>
                <w:rFonts w:ascii="Arial" w:cs="Arial" w:eastAsia="Arial" w:hAnsi="Arial"/>
                <w:rtl w:val="0"/>
              </w:rPr>
              <w:t xml:space="preserve">Difficulty identifying appropriate digital resources</w:t>
            </w:r>
          </w:p>
        </w:tc>
        <w:tc>
          <w:tcPr/>
          <w:p w:rsidR="00000000" w:rsidDel="00000000" w:rsidP="00000000" w:rsidRDefault="00000000" w:rsidRPr="00000000" w14:paraId="000000F3">
            <w:pPr>
              <w:rPr>
                <w:rFonts w:ascii="Arial" w:cs="Arial" w:eastAsia="Arial" w:hAnsi="Arial"/>
              </w:rPr>
            </w:pPr>
            <w:r w:rsidDel="00000000" w:rsidR="00000000" w:rsidRPr="00000000">
              <w:rPr>
                <w:rtl w:val="0"/>
              </w:rPr>
            </w:r>
          </w:p>
        </w:tc>
        <w:tc>
          <w:tcPr/>
          <w:p w:rsidR="00000000" w:rsidDel="00000000" w:rsidP="00000000" w:rsidRDefault="00000000" w:rsidRPr="00000000" w14:paraId="000000F4">
            <w:pPr>
              <w:rPr>
                <w:rFonts w:ascii="Arial" w:cs="Arial" w:eastAsia="Arial" w:hAnsi="Arial"/>
              </w:rPr>
            </w:pPr>
            <w:r w:rsidDel="00000000" w:rsidR="00000000" w:rsidRPr="00000000">
              <w:rPr>
                <w:rtl w:val="0"/>
              </w:rPr>
            </w:r>
          </w:p>
        </w:tc>
        <w:tc>
          <w:tcPr/>
          <w:p w:rsidR="00000000" w:rsidDel="00000000" w:rsidP="00000000" w:rsidRDefault="00000000" w:rsidRPr="00000000" w14:paraId="000000F5">
            <w:pPr>
              <w:rPr>
                <w:rFonts w:ascii="Arial" w:cs="Arial" w:eastAsia="Arial" w:hAnsi="Arial"/>
              </w:rPr>
            </w:pPr>
            <w:r w:rsidDel="00000000" w:rsidR="00000000" w:rsidRPr="00000000">
              <w:rPr>
                <w:rtl w:val="0"/>
              </w:rPr>
            </w:r>
          </w:p>
        </w:tc>
        <w:tc>
          <w:tcPr/>
          <w:p w:rsidR="00000000" w:rsidDel="00000000" w:rsidP="00000000" w:rsidRDefault="00000000" w:rsidRPr="00000000" w14:paraId="000000F6">
            <w:pPr>
              <w:rPr>
                <w:rFonts w:ascii="Arial" w:cs="Arial" w:eastAsia="Arial" w:hAnsi="Arial"/>
              </w:rPr>
            </w:pPr>
            <w:r w:rsidDel="00000000" w:rsidR="00000000" w:rsidRPr="00000000">
              <w:rPr>
                <w:rtl w:val="0"/>
              </w:rPr>
            </w:r>
          </w:p>
        </w:tc>
        <w:tc>
          <w:tcPr/>
          <w:p w:rsidR="00000000" w:rsidDel="00000000" w:rsidP="00000000" w:rsidRDefault="00000000" w:rsidRPr="00000000" w14:paraId="000000F7">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0F8">
            <w:pPr>
              <w:rPr>
                <w:rFonts w:ascii="Arial" w:cs="Arial" w:eastAsia="Arial" w:hAnsi="Arial"/>
              </w:rPr>
            </w:pPr>
            <w:r w:rsidDel="00000000" w:rsidR="00000000" w:rsidRPr="00000000">
              <w:rPr>
                <w:rFonts w:ascii="Arial" w:cs="Arial" w:eastAsia="Arial" w:hAnsi="Arial"/>
                <w:rtl w:val="0"/>
              </w:rPr>
              <w:t xml:space="preserve">Limited school ICT facilities</w:t>
            </w:r>
          </w:p>
        </w:tc>
        <w:tc>
          <w:tcPr/>
          <w:p w:rsidR="00000000" w:rsidDel="00000000" w:rsidP="00000000" w:rsidRDefault="00000000" w:rsidRPr="00000000" w14:paraId="000000F9">
            <w:pPr>
              <w:rPr>
                <w:rFonts w:ascii="Arial" w:cs="Arial" w:eastAsia="Arial" w:hAnsi="Arial"/>
              </w:rPr>
            </w:pPr>
            <w:r w:rsidDel="00000000" w:rsidR="00000000" w:rsidRPr="00000000">
              <w:rPr>
                <w:rtl w:val="0"/>
              </w:rPr>
            </w:r>
          </w:p>
        </w:tc>
        <w:tc>
          <w:tcPr/>
          <w:p w:rsidR="00000000" w:rsidDel="00000000" w:rsidP="00000000" w:rsidRDefault="00000000" w:rsidRPr="00000000" w14:paraId="000000FA">
            <w:pPr>
              <w:rPr>
                <w:rFonts w:ascii="Arial" w:cs="Arial" w:eastAsia="Arial" w:hAnsi="Arial"/>
              </w:rPr>
            </w:pPr>
            <w:r w:rsidDel="00000000" w:rsidR="00000000" w:rsidRPr="00000000">
              <w:rPr>
                <w:rtl w:val="0"/>
              </w:rPr>
            </w:r>
          </w:p>
        </w:tc>
        <w:tc>
          <w:tcPr/>
          <w:p w:rsidR="00000000" w:rsidDel="00000000" w:rsidP="00000000" w:rsidRDefault="00000000" w:rsidRPr="00000000" w14:paraId="000000FB">
            <w:pPr>
              <w:rPr>
                <w:rFonts w:ascii="Arial" w:cs="Arial" w:eastAsia="Arial" w:hAnsi="Arial"/>
              </w:rPr>
            </w:pPr>
            <w:r w:rsidDel="00000000" w:rsidR="00000000" w:rsidRPr="00000000">
              <w:rPr>
                <w:rtl w:val="0"/>
              </w:rPr>
            </w:r>
          </w:p>
        </w:tc>
        <w:tc>
          <w:tcPr/>
          <w:p w:rsidR="00000000" w:rsidDel="00000000" w:rsidP="00000000" w:rsidRDefault="00000000" w:rsidRPr="00000000" w14:paraId="000000FC">
            <w:pPr>
              <w:rPr>
                <w:rFonts w:ascii="Arial" w:cs="Arial" w:eastAsia="Arial" w:hAnsi="Arial"/>
              </w:rPr>
            </w:pPr>
            <w:r w:rsidDel="00000000" w:rsidR="00000000" w:rsidRPr="00000000">
              <w:rPr>
                <w:rtl w:val="0"/>
              </w:rPr>
            </w:r>
          </w:p>
        </w:tc>
        <w:tc>
          <w:tcPr/>
          <w:p w:rsidR="00000000" w:rsidDel="00000000" w:rsidP="00000000" w:rsidRDefault="00000000" w:rsidRPr="00000000" w14:paraId="000000FD">
            <w:pPr>
              <w:rPr>
                <w:rFonts w:ascii="Arial" w:cs="Arial" w:eastAsia="Arial" w:hAnsi="Arial"/>
              </w:rPr>
            </w:pPr>
            <w:r w:rsidDel="00000000" w:rsidR="00000000" w:rsidRPr="00000000">
              <w:rPr>
                <w:rtl w:val="0"/>
              </w:rPr>
            </w:r>
          </w:p>
        </w:tc>
      </w:tr>
    </w:tbl>
    <w:p w:rsidR="00000000" w:rsidDel="00000000" w:rsidP="00000000" w:rsidRDefault="00000000" w:rsidRPr="00000000" w14:paraId="000000FE">
      <w:pPr>
        <w:pStyle w:val="Head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Part VI. Training and Development Needs (1=No Need, 5=Very High Need)</w:t>
      </w:r>
    </w:p>
    <w:tbl>
      <w:tblPr>
        <w:tblStyle w:val="Table5"/>
        <w:tblW w:w="8640.0" w:type="dxa"/>
        <w:jc w:val="left"/>
        <w:tblInd w:w="-1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1440"/>
        <w:gridCol w:w="1440"/>
        <w:gridCol w:w="1440"/>
        <w:gridCol w:w="1440"/>
        <w:gridCol w:w="1440"/>
        <w:gridCol w:w="1440"/>
        <w:tblGridChange w:id="0">
          <w:tblGrid>
            <w:gridCol w:w="1440"/>
            <w:gridCol w:w="1440"/>
            <w:gridCol w:w="1440"/>
            <w:gridCol w:w="1440"/>
            <w:gridCol w:w="1440"/>
            <w:gridCol w:w="1440"/>
          </w:tblGrid>
        </w:tblGridChange>
      </w:tblGrid>
      <w:tr>
        <w:trPr>
          <w:cantSplit w:val="0"/>
          <w:tblHeader w:val="0"/>
        </w:trPr>
        <w:tc>
          <w:tcPr/>
          <w:p w:rsidR="00000000" w:rsidDel="00000000" w:rsidP="00000000" w:rsidRDefault="00000000" w:rsidRPr="00000000" w14:paraId="000000FF">
            <w:pPr>
              <w:rPr>
                <w:rFonts w:ascii="Arial" w:cs="Arial" w:eastAsia="Arial" w:hAnsi="Arial"/>
              </w:rPr>
            </w:pPr>
            <w:r w:rsidDel="00000000" w:rsidR="00000000" w:rsidRPr="00000000">
              <w:rPr>
                <w:rFonts w:ascii="Arial" w:cs="Arial" w:eastAsia="Arial" w:hAnsi="Arial"/>
                <w:rtl w:val="0"/>
              </w:rPr>
              <w:t xml:space="preserve">Statement</w:t>
            </w:r>
          </w:p>
        </w:tc>
        <w:tc>
          <w:tcPr/>
          <w:p w:rsidR="00000000" w:rsidDel="00000000" w:rsidP="00000000" w:rsidRDefault="00000000" w:rsidRPr="00000000" w14:paraId="00000100">
            <w:pPr>
              <w:rPr>
                <w:rFonts w:ascii="Arial" w:cs="Arial" w:eastAsia="Arial" w:hAnsi="Arial"/>
              </w:rPr>
            </w:pPr>
            <w:r w:rsidDel="00000000" w:rsidR="00000000" w:rsidRPr="00000000">
              <w:rPr>
                <w:rFonts w:ascii="Arial" w:cs="Arial" w:eastAsia="Arial" w:hAnsi="Arial"/>
                <w:rtl w:val="0"/>
              </w:rPr>
              <w:t xml:space="preserve">1</w:t>
            </w:r>
          </w:p>
        </w:tc>
        <w:tc>
          <w:tcPr/>
          <w:p w:rsidR="00000000" w:rsidDel="00000000" w:rsidP="00000000" w:rsidRDefault="00000000" w:rsidRPr="00000000" w14:paraId="00000101">
            <w:pPr>
              <w:rPr>
                <w:rFonts w:ascii="Arial" w:cs="Arial" w:eastAsia="Arial" w:hAnsi="Arial"/>
              </w:rPr>
            </w:pPr>
            <w:r w:rsidDel="00000000" w:rsidR="00000000" w:rsidRPr="00000000">
              <w:rPr>
                <w:rFonts w:ascii="Arial" w:cs="Arial" w:eastAsia="Arial" w:hAnsi="Arial"/>
                <w:rtl w:val="0"/>
              </w:rPr>
              <w:t xml:space="preserve">2</w:t>
            </w:r>
          </w:p>
        </w:tc>
        <w:tc>
          <w:tcPr/>
          <w:p w:rsidR="00000000" w:rsidDel="00000000" w:rsidP="00000000" w:rsidRDefault="00000000" w:rsidRPr="00000000" w14:paraId="00000102">
            <w:pPr>
              <w:rPr>
                <w:rFonts w:ascii="Arial" w:cs="Arial" w:eastAsia="Arial" w:hAnsi="Arial"/>
              </w:rPr>
            </w:pPr>
            <w:r w:rsidDel="00000000" w:rsidR="00000000" w:rsidRPr="00000000">
              <w:rPr>
                <w:rFonts w:ascii="Arial" w:cs="Arial" w:eastAsia="Arial" w:hAnsi="Arial"/>
                <w:rtl w:val="0"/>
              </w:rPr>
              <w:t xml:space="preserve">3</w:t>
            </w:r>
          </w:p>
        </w:tc>
        <w:tc>
          <w:tcPr/>
          <w:p w:rsidR="00000000" w:rsidDel="00000000" w:rsidP="00000000" w:rsidRDefault="00000000" w:rsidRPr="00000000" w14:paraId="00000103">
            <w:pPr>
              <w:rPr>
                <w:rFonts w:ascii="Arial" w:cs="Arial" w:eastAsia="Arial" w:hAnsi="Arial"/>
              </w:rPr>
            </w:pPr>
            <w:r w:rsidDel="00000000" w:rsidR="00000000" w:rsidRPr="00000000">
              <w:rPr>
                <w:rFonts w:ascii="Arial" w:cs="Arial" w:eastAsia="Arial" w:hAnsi="Arial"/>
                <w:rtl w:val="0"/>
              </w:rPr>
              <w:t xml:space="preserve">4</w:t>
            </w:r>
          </w:p>
        </w:tc>
        <w:tc>
          <w:tcPr/>
          <w:p w:rsidR="00000000" w:rsidDel="00000000" w:rsidP="00000000" w:rsidRDefault="00000000" w:rsidRPr="00000000" w14:paraId="00000104">
            <w:pPr>
              <w:rPr>
                <w:rFonts w:ascii="Arial" w:cs="Arial" w:eastAsia="Arial" w:hAnsi="Arial"/>
              </w:rPr>
            </w:pPr>
            <w:r w:rsidDel="00000000" w:rsidR="00000000" w:rsidRPr="00000000">
              <w:rPr>
                <w:rFonts w:ascii="Arial" w:cs="Arial" w:eastAsia="Arial" w:hAnsi="Arial"/>
                <w:rtl w:val="0"/>
              </w:rPr>
              <w:t xml:space="preserve">5</w:t>
            </w:r>
          </w:p>
        </w:tc>
      </w:tr>
      <w:tr>
        <w:trPr>
          <w:cantSplit w:val="0"/>
          <w:tblHeader w:val="0"/>
        </w:trPr>
        <w:tc>
          <w:tcPr/>
          <w:p w:rsidR="00000000" w:rsidDel="00000000" w:rsidP="00000000" w:rsidRDefault="00000000" w:rsidRPr="00000000" w14:paraId="00000105">
            <w:pPr>
              <w:rPr>
                <w:rFonts w:ascii="Arial" w:cs="Arial" w:eastAsia="Arial" w:hAnsi="Arial"/>
              </w:rPr>
            </w:pPr>
            <w:r w:rsidDel="00000000" w:rsidR="00000000" w:rsidRPr="00000000">
              <w:rPr>
                <w:rFonts w:ascii="Arial" w:cs="Arial" w:eastAsia="Arial" w:hAnsi="Arial"/>
                <w:rtl w:val="0"/>
              </w:rPr>
              <w:t xml:space="preserve">ICT-integrated lesson planning</w:t>
            </w:r>
          </w:p>
        </w:tc>
        <w:tc>
          <w:tcPr/>
          <w:p w:rsidR="00000000" w:rsidDel="00000000" w:rsidP="00000000" w:rsidRDefault="00000000" w:rsidRPr="00000000" w14:paraId="00000106">
            <w:pPr>
              <w:rPr>
                <w:rFonts w:ascii="Arial" w:cs="Arial" w:eastAsia="Arial" w:hAnsi="Arial"/>
              </w:rPr>
            </w:pPr>
            <w:r w:rsidDel="00000000" w:rsidR="00000000" w:rsidRPr="00000000">
              <w:rPr>
                <w:rtl w:val="0"/>
              </w:rPr>
            </w:r>
          </w:p>
        </w:tc>
        <w:tc>
          <w:tcPr/>
          <w:p w:rsidR="00000000" w:rsidDel="00000000" w:rsidP="00000000" w:rsidRDefault="00000000" w:rsidRPr="00000000" w14:paraId="00000107">
            <w:pPr>
              <w:rPr>
                <w:rFonts w:ascii="Arial" w:cs="Arial" w:eastAsia="Arial" w:hAnsi="Arial"/>
              </w:rPr>
            </w:pPr>
            <w:r w:rsidDel="00000000" w:rsidR="00000000" w:rsidRPr="00000000">
              <w:rPr>
                <w:rtl w:val="0"/>
              </w:rPr>
            </w:r>
          </w:p>
        </w:tc>
        <w:tc>
          <w:tcPr/>
          <w:p w:rsidR="00000000" w:rsidDel="00000000" w:rsidP="00000000" w:rsidRDefault="00000000" w:rsidRPr="00000000" w14:paraId="00000108">
            <w:pPr>
              <w:rPr>
                <w:rFonts w:ascii="Arial" w:cs="Arial" w:eastAsia="Arial" w:hAnsi="Arial"/>
              </w:rPr>
            </w:pPr>
            <w:r w:rsidDel="00000000" w:rsidR="00000000" w:rsidRPr="00000000">
              <w:rPr>
                <w:rtl w:val="0"/>
              </w:rPr>
            </w:r>
          </w:p>
        </w:tc>
        <w:tc>
          <w:tcPr/>
          <w:p w:rsidR="00000000" w:rsidDel="00000000" w:rsidP="00000000" w:rsidRDefault="00000000" w:rsidRPr="00000000" w14:paraId="00000109">
            <w:pPr>
              <w:rPr>
                <w:rFonts w:ascii="Arial" w:cs="Arial" w:eastAsia="Arial" w:hAnsi="Arial"/>
              </w:rPr>
            </w:pPr>
            <w:r w:rsidDel="00000000" w:rsidR="00000000" w:rsidRPr="00000000">
              <w:rPr>
                <w:rtl w:val="0"/>
              </w:rPr>
            </w:r>
          </w:p>
        </w:tc>
        <w:tc>
          <w:tcPr/>
          <w:p w:rsidR="00000000" w:rsidDel="00000000" w:rsidP="00000000" w:rsidRDefault="00000000" w:rsidRPr="00000000" w14:paraId="0000010A">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10B">
            <w:pPr>
              <w:rPr>
                <w:rFonts w:ascii="Arial" w:cs="Arial" w:eastAsia="Arial" w:hAnsi="Arial"/>
              </w:rPr>
            </w:pPr>
            <w:r w:rsidDel="00000000" w:rsidR="00000000" w:rsidRPr="00000000">
              <w:rPr>
                <w:rFonts w:ascii="Arial" w:cs="Arial" w:eastAsia="Arial" w:hAnsi="Arial"/>
                <w:rtl w:val="0"/>
              </w:rPr>
              <w:t xml:space="preserve">Multimedia presentation design</w:t>
            </w:r>
          </w:p>
        </w:tc>
        <w:tc>
          <w:tcPr/>
          <w:p w:rsidR="00000000" w:rsidDel="00000000" w:rsidP="00000000" w:rsidRDefault="00000000" w:rsidRPr="00000000" w14:paraId="0000010C">
            <w:pPr>
              <w:rPr>
                <w:rFonts w:ascii="Arial" w:cs="Arial" w:eastAsia="Arial" w:hAnsi="Arial"/>
              </w:rPr>
            </w:pPr>
            <w:r w:rsidDel="00000000" w:rsidR="00000000" w:rsidRPr="00000000">
              <w:rPr>
                <w:rtl w:val="0"/>
              </w:rPr>
            </w:r>
          </w:p>
        </w:tc>
        <w:tc>
          <w:tcPr/>
          <w:p w:rsidR="00000000" w:rsidDel="00000000" w:rsidP="00000000" w:rsidRDefault="00000000" w:rsidRPr="00000000" w14:paraId="0000010D">
            <w:pPr>
              <w:rPr>
                <w:rFonts w:ascii="Arial" w:cs="Arial" w:eastAsia="Arial" w:hAnsi="Arial"/>
              </w:rPr>
            </w:pPr>
            <w:r w:rsidDel="00000000" w:rsidR="00000000" w:rsidRPr="00000000">
              <w:rPr>
                <w:rtl w:val="0"/>
              </w:rPr>
            </w:r>
          </w:p>
        </w:tc>
        <w:tc>
          <w:tcPr/>
          <w:p w:rsidR="00000000" w:rsidDel="00000000" w:rsidP="00000000" w:rsidRDefault="00000000" w:rsidRPr="00000000" w14:paraId="0000010E">
            <w:pPr>
              <w:rPr>
                <w:rFonts w:ascii="Arial" w:cs="Arial" w:eastAsia="Arial" w:hAnsi="Arial"/>
              </w:rPr>
            </w:pPr>
            <w:r w:rsidDel="00000000" w:rsidR="00000000" w:rsidRPr="00000000">
              <w:rPr>
                <w:rtl w:val="0"/>
              </w:rPr>
            </w:r>
          </w:p>
        </w:tc>
        <w:tc>
          <w:tcPr/>
          <w:p w:rsidR="00000000" w:rsidDel="00000000" w:rsidP="00000000" w:rsidRDefault="00000000" w:rsidRPr="00000000" w14:paraId="0000010F">
            <w:pPr>
              <w:rPr>
                <w:rFonts w:ascii="Arial" w:cs="Arial" w:eastAsia="Arial" w:hAnsi="Arial"/>
              </w:rPr>
            </w:pPr>
            <w:r w:rsidDel="00000000" w:rsidR="00000000" w:rsidRPr="00000000">
              <w:rPr>
                <w:rtl w:val="0"/>
              </w:rPr>
            </w:r>
          </w:p>
        </w:tc>
        <w:tc>
          <w:tcPr/>
          <w:p w:rsidR="00000000" w:rsidDel="00000000" w:rsidP="00000000" w:rsidRDefault="00000000" w:rsidRPr="00000000" w14:paraId="00000110">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111">
            <w:pPr>
              <w:rPr>
                <w:rFonts w:ascii="Arial" w:cs="Arial" w:eastAsia="Arial" w:hAnsi="Arial"/>
              </w:rPr>
            </w:pPr>
            <w:r w:rsidDel="00000000" w:rsidR="00000000" w:rsidRPr="00000000">
              <w:rPr>
                <w:rFonts w:ascii="Arial" w:cs="Arial" w:eastAsia="Arial" w:hAnsi="Arial"/>
                <w:rtl w:val="0"/>
              </w:rPr>
              <w:t xml:space="preserve">Digital content creation</w:t>
            </w:r>
          </w:p>
        </w:tc>
        <w:tc>
          <w:tcPr/>
          <w:p w:rsidR="00000000" w:rsidDel="00000000" w:rsidP="00000000" w:rsidRDefault="00000000" w:rsidRPr="00000000" w14:paraId="00000112">
            <w:pPr>
              <w:rPr>
                <w:rFonts w:ascii="Arial" w:cs="Arial" w:eastAsia="Arial" w:hAnsi="Arial"/>
              </w:rPr>
            </w:pPr>
            <w:r w:rsidDel="00000000" w:rsidR="00000000" w:rsidRPr="00000000">
              <w:rPr>
                <w:rtl w:val="0"/>
              </w:rPr>
            </w:r>
          </w:p>
        </w:tc>
        <w:tc>
          <w:tcPr/>
          <w:p w:rsidR="00000000" w:rsidDel="00000000" w:rsidP="00000000" w:rsidRDefault="00000000" w:rsidRPr="00000000" w14:paraId="00000113">
            <w:pPr>
              <w:rPr>
                <w:rFonts w:ascii="Arial" w:cs="Arial" w:eastAsia="Arial" w:hAnsi="Arial"/>
              </w:rPr>
            </w:pPr>
            <w:r w:rsidDel="00000000" w:rsidR="00000000" w:rsidRPr="00000000">
              <w:rPr>
                <w:rtl w:val="0"/>
              </w:rPr>
            </w:r>
          </w:p>
        </w:tc>
        <w:tc>
          <w:tcPr/>
          <w:p w:rsidR="00000000" w:rsidDel="00000000" w:rsidP="00000000" w:rsidRDefault="00000000" w:rsidRPr="00000000" w14:paraId="00000114">
            <w:pPr>
              <w:rPr>
                <w:rFonts w:ascii="Arial" w:cs="Arial" w:eastAsia="Arial" w:hAnsi="Arial"/>
              </w:rPr>
            </w:pPr>
            <w:r w:rsidDel="00000000" w:rsidR="00000000" w:rsidRPr="00000000">
              <w:rPr>
                <w:rtl w:val="0"/>
              </w:rPr>
            </w:r>
          </w:p>
        </w:tc>
        <w:tc>
          <w:tcPr/>
          <w:p w:rsidR="00000000" w:rsidDel="00000000" w:rsidP="00000000" w:rsidRDefault="00000000" w:rsidRPr="00000000" w14:paraId="00000115">
            <w:pPr>
              <w:rPr>
                <w:rFonts w:ascii="Arial" w:cs="Arial" w:eastAsia="Arial" w:hAnsi="Arial"/>
              </w:rPr>
            </w:pPr>
            <w:r w:rsidDel="00000000" w:rsidR="00000000" w:rsidRPr="00000000">
              <w:rPr>
                <w:rtl w:val="0"/>
              </w:rPr>
            </w:r>
          </w:p>
        </w:tc>
        <w:tc>
          <w:tcPr/>
          <w:p w:rsidR="00000000" w:rsidDel="00000000" w:rsidP="00000000" w:rsidRDefault="00000000" w:rsidRPr="00000000" w14:paraId="00000116">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117">
            <w:pPr>
              <w:rPr>
                <w:rFonts w:ascii="Arial" w:cs="Arial" w:eastAsia="Arial" w:hAnsi="Arial"/>
              </w:rPr>
            </w:pPr>
            <w:r w:rsidDel="00000000" w:rsidR="00000000" w:rsidRPr="00000000">
              <w:rPr>
                <w:rFonts w:ascii="Arial" w:cs="Arial" w:eastAsia="Arial" w:hAnsi="Arial"/>
                <w:rtl w:val="0"/>
              </w:rPr>
              <w:t xml:space="preserve">Educational video utilization</w:t>
            </w:r>
          </w:p>
        </w:tc>
        <w:tc>
          <w:tcPr/>
          <w:p w:rsidR="00000000" w:rsidDel="00000000" w:rsidP="00000000" w:rsidRDefault="00000000" w:rsidRPr="00000000" w14:paraId="00000118">
            <w:pPr>
              <w:rPr>
                <w:rFonts w:ascii="Arial" w:cs="Arial" w:eastAsia="Arial" w:hAnsi="Arial"/>
              </w:rPr>
            </w:pPr>
            <w:r w:rsidDel="00000000" w:rsidR="00000000" w:rsidRPr="00000000">
              <w:rPr>
                <w:rtl w:val="0"/>
              </w:rPr>
            </w:r>
          </w:p>
        </w:tc>
        <w:tc>
          <w:tcPr/>
          <w:p w:rsidR="00000000" w:rsidDel="00000000" w:rsidP="00000000" w:rsidRDefault="00000000" w:rsidRPr="00000000" w14:paraId="00000119">
            <w:pPr>
              <w:rPr>
                <w:rFonts w:ascii="Arial" w:cs="Arial" w:eastAsia="Arial" w:hAnsi="Arial"/>
              </w:rPr>
            </w:pPr>
            <w:r w:rsidDel="00000000" w:rsidR="00000000" w:rsidRPr="00000000">
              <w:rPr>
                <w:rtl w:val="0"/>
              </w:rPr>
            </w:r>
          </w:p>
        </w:tc>
        <w:tc>
          <w:tcPr/>
          <w:p w:rsidR="00000000" w:rsidDel="00000000" w:rsidP="00000000" w:rsidRDefault="00000000" w:rsidRPr="00000000" w14:paraId="0000011A">
            <w:pPr>
              <w:rPr>
                <w:rFonts w:ascii="Arial" w:cs="Arial" w:eastAsia="Arial" w:hAnsi="Arial"/>
              </w:rPr>
            </w:pPr>
            <w:r w:rsidDel="00000000" w:rsidR="00000000" w:rsidRPr="00000000">
              <w:rPr>
                <w:rtl w:val="0"/>
              </w:rPr>
            </w:r>
          </w:p>
        </w:tc>
        <w:tc>
          <w:tcPr/>
          <w:p w:rsidR="00000000" w:rsidDel="00000000" w:rsidP="00000000" w:rsidRDefault="00000000" w:rsidRPr="00000000" w14:paraId="0000011B">
            <w:pPr>
              <w:rPr>
                <w:rFonts w:ascii="Arial" w:cs="Arial" w:eastAsia="Arial" w:hAnsi="Arial"/>
              </w:rPr>
            </w:pPr>
            <w:r w:rsidDel="00000000" w:rsidR="00000000" w:rsidRPr="00000000">
              <w:rPr>
                <w:rtl w:val="0"/>
              </w:rPr>
            </w:r>
          </w:p>
        </w:tc>
        <w:tc>
          <w:tcPr/>
          <w:p w:rsidR="00000000" w:rsidDel="00000000" w:rsidP="00000000" w:rsidRDefault="00000000" w:rsidRPr="00000000" w14:paraId="0000011C">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11D">
            <w:pPr>
              <w:rPr>
                <w:rFonts w:ascii="Arial" w:cs="Arial" w:eastAsia="Arial" w:hAnsi="Arial"/>
              </w:rPr>
            </w:pPr>
            <w:r w:rsidDel="00000000" w:rsidR="00000000" w:rsidRPr="00000000">
              <w:rPr>
                <w:rFonts w:ascii="Arial" w:cs="Arial" w:eastAsia="Arial" w:hAnsi="Arial"/>
                <w:rtl w:val="0"/>
              </w:rPr>
              <w:t xml:space="preserve">Offline educational resources</w:t>
            </w:r>
          </w:p>
        </w:tc>
        <w:tc>
          <w:tcPr/>
          <w:p w:rsidR="00000000" w:rsidDel="00000000" w:rsidP="00000000" w:rsidRDefault="00000000" w:rsidRPr="00000000" w14:paraId="0000011E">
            <w:pPr>
              <w:rPr>
                <w:rFonts w:ascii="Arial" w:cs="Arial" w:eastAsia="Arial" w:hAnsi="Arial"/>
              </w:rPr>
            </w:pPr>
            <w:r w:rsidDel="00000000" w:rsidR="00000000" w:rsidRPr="00000000">
              <w:rPr>
                <w:rtl w:val="0"/>
              </w:rPr>
            </w:r>
          </w:p>
        </w:tc>
        <w:tc>
          <w:tcPr/>
          <w:p w:rsidR="00000000" w:rsidDel="00000000" w:rsidP="00000000" w:rsidRDefault="00000000" w:rsidRPr="00000000" w14:paraId="0000011F">
            <w:pPr>
              <w:rPr>
                <w:rFonts w:ascii="Arial" w:cs="Arial" w:eastAsia="Arial" w:hAnsi="Arial"/>
              </w:rPr>
            </w:pPr>
            <w:r w:rsidDel="00000000" w:rsidR="00000000" w:rsidRPr="00000000">
              <w:rPr>
                <w:rtl w:val="0"/>
              </w:rPr>
            </w:r>
          </w:p>
        </w:tc>
        <w:tc>
          <w:tcPr/>
          <w:p w:rsidR="00000000" w:rsidDel="00000000" w:rsidP="00000000" w:rsidRDefault="00000000" w:rsidRPr="00000000" w14:paraId="00000120">
            <w:pPr>
              <w:rPr>
                <w:rFonts w:ascii="Arial" w:cs="Arial" w:eastAsia="Arial" w:hAnsi="Arial"/>
              </w:rPr>
            </w:pPr>
            <w:r w:rsidDel="00000000" w:rsidR="00000000" w:rsidRPr="00000000">
              <w:rPr>
                <w:rtl w:val="0"/>
              </w:rPr>
            </w:r>
          </w:p>
        </w:tc>
        <w:tc>
          <w:tcPr/>
          <w:p w:rsidR="00000000" w:rsidDel="00000000" w:rsidP="00000000" w:rsidRDefault="00000000" w:rsidRPr="00000000" w14:paraId="00000121">
            <w:pPr>
              <w:rPr>
                <w:rFonts w:ascii="Arial" w:cs="Arial" w:eastAsia="Arial" w:hAnsi="Arial"/>
              </w:rPr>
            </w:pPr>
            <w:r w:rsidDel="00000000" w:rsidR="00000000" w:rsidRPr="00000000">
              <w:rPr>
                <w:rtl w:val="0"/>
              </w:rPr>
            </w:r>
          </w:p>
        </w:tc>
        <w:tc>
          <w:tcPr/>
          <w:p w:rsidR="00000000" w:rsidDel="00000000" w:rsidP="00000000" w:rsidRDefault="00000000" w:rsidRPr="00000000" w14:paraId="00000122">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123">
            <w:pPr>
              <w:rPr>
                <w:rFonts w:ascii="Arial" w:cs="Arial" w:eastAsia="Arial" w:hAnsi="Arial"/>
              </w:rPr>
            </w:pPr>
            <w:r w:rsidDel="00000000" w:rsidR="00000000" w:rsidRPr="00000000">
              <w:rPr>
                <w:rFonts w:ascii="Arial" w:cs="Arial" w:eastAsia="Arial" w:hAnsi="Arial"/>
                <w:rtl w:val="0"/>
              </w:rPr>
              <w:t xml:space="preserve">Classroom ICT integration strategies</w:t>
            </w:r>
          </w:p>
        </w:tc>
        <w:tc>
          <w:tcPr/>
          <w:p w:rsidR="00000000" w:rsidDel="00000000" w:rsidP="00000000" w:rsidRDefault="00000000" w:rsidRPr="00000000" w14:paraId="00000124">
            <w:pPr>
              <w:rPr>
                <w:rFonts w:ascii="Arial" w:cs="Arial" w:eastAsia="Arial" w:hAnsi="Arial"/>
              </w:rPr>
            </w:pPr>
            <w:r w:rsidDel="00000000" w:rsidR="00000000" w:rsidRPr="00000000">
              <w:rPr>
                <w:rtl w:val="0"/>
              </w:rPr>
            </w:r>
          </w:p>
        </w:tc>
        <w:tc>
          <w:tcPr/>
          <w:p w:rsidR="00000000" w:rsidDel="00000000" w:rsidP="00000000" w:rsidRDefault="00000000" w:rsidRPr="00000000" w14:paraId="00000125">
            <w:pPr>
              <w:rPr>
                <w:rFonts w:ascii="Arial" w:cs="Arial" w:eastAsia="Arial" w:hAnsi="Arial"/>
              </w:rPr>
            </w:pPr>
            <w:r w:rsidDel="00000000" w:rsidR="00000000" w:rsidRPr="00000000">
              <w:rPr>
                <w:rtl w:val="0"/>
              </w:rPr>
            </w:r>
          </w:p>
        </w:tc>
        <w:tc>
          <w:tcPr/>
          <w:p w:rsidR="00000000" w:rsidDel="00000000" w:rsidP="00000000" w:rsidRDefault="00000000" w:rsidRPr="00000000" w14:paraId="00000126">
            <w:pPr>
              <w:rPr>
                <w:rFonts w:ascii="Arial" w:cs="Arial" w:eastAsia="Arial" w:hAnsi="Arial"/>
              </w:rPr>
            </w:pPr>
            <w:r w:rsidDel="00000000" w:rsidR="00000000" w:rsidRPr="00000000">
              <w:rPr>
                <w:rtl w:val="0"/>
              </w:rPr>
            </w:r>
          </w:p>
        </w:tc>
        <w:tc>
          <w:tcPr/>
          <w:p w:rsidR="00000000" w:rsidDel="00000000" w:rsidP="00000000" w:rsidRDefault="00000000" w:rsidRPr="00000000" w14:paraId="00000127">
            <w:pPr>
              <w:rPr>
                <w:rFonts w:ascii="Arial" w:cs="Arial" w:eastAsia="Arial" w:hAnsi="Arial"/>
              </w:rPr>
            </w:pPr>
            <w:r w:rsidDel="00000000" w:rsidR="00000000" w:rsidRPr="00000000">
              <w:rPr>
                <w:rtl w:val="0"/>
              </w:rPr>
            </w:r>
          </w:p>
        </w:tc>
        <w:tc>
          <w:tcPr/>
          <w:p w:rsidR="00000000" w:rsidDel="00000000" w:rsidP="00000000" w:rsidRDefault="00000000" w:rsidRPr="00000000" w14:paraId="00000128">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129">
            <w:pPr>
              <w:rPr>
                <w:rFonts w:ascii="Arial" w:cs="Arial" w:eastAsia="Arial" w:hAnsi="Arial"/>
              </w:rPr>
            </w:pPr>
            <w:r w:rsidDel="00000000" w:rsidR="00000000" w:rsidRPr="00000000">
              <w:rPr>
                <w:rFonts w:ascii="Arial" w:cs="Arial" w:eastAsia="Arial" w:hAnsi="Arial"/>
                <w:rtl w:val="0"/>
              </w:rPr>
              <w:t xml:space="preserve">Digital assessment tools</w:t>
            </w:r>
          </w:p>
        </w:tc>
        <w:tc>
          <w:tcPr/>
          <w:p w:rsidR="00000000" w:rsidDel="00000000" w:rsidP="00000000" w:rsidRDefault="00000000" w:rsidRPr="00000000" w14:paraId="0000012A">
            <w:pPr>
              <w:rPr>
                <w:rFonts w:ascii="Arial" w:cs="Arial" w:eastAsia="Arial" w:hAnsi="Arial"/>
              </w:rPr>
            </w:pPr>
            <w:r w:rsidDel="00000000" w:rsidR="00000000" w:rsidRPr="00000000">
              <w:rPr>
                <w:rtl w:val="0"/>
              </w:rPr>
            </w:r>
          </w:p>
        </w:tc>
        <w:tc>
          <w:tcPr/>
          <w:p w:rsidR="00000000" w:rsidDel="00000000" w:rsidP="00000000" w:rsidRDefault="00000000" w:rsidRPr="00000000" w14:paraId="0000012B">
            <w:pPr>
              <w:rPr>
                <w:rFonts w:ascii="Arial" w:cs="Arial" w:eastAsia="Arial" w:hAnsi="Arial"/>
              </w:rPr>
            </w:pPr>
            <w:r w:rsidDel="00000000" w:rsidR="00000000" w:rsidRPr="00000000">
              <w:rPr>
                <w:rtl w:val="0"/>
              </w:rPr>
            </w:r>
          </w:p>
        </w:tc>
        <w:tc>
          <w:tcPr/>
          <w:p w:rsidR="00000000" w:rsidDel="00000000" w:rsidP="00000000" w:rsidRDefault="00000000" w:rsidRPr="00000000" w14:paraId="0000012C">
            <w:pPr>
              <w:rPr>
                <w:rFonts w:ascii="Arial" w:cs="Arial" w:eastAsia="Arial" w:hAnsi="Arial"/>
              </w:rPr>
            </w:pPr>
            <w:r w:rsidDel="00000000" w:rsidR="00000000" w:rsidRPr="00000000">
              <w:rPr>
                <w:rtl w:val="0"/>
              </w:rPr>
            </w:r>
          </w:p>
        </w:tc>
        <w:tc>
          <w:tcPr/>
          <w:p w:rsidR="00000000" w:rsidDel="00000000" w:rsidP="00000000" w:rsidRDefault="00000000" w:rsidRPr="00000000" w14:paraId="0000012D">
            <w:pPr>
              <w:rPr>
                <w:rFonts w:ascii="Arial" w:cs="Arial" w:eastAsia="Arial" w:hAnsi="Arial"/>
              </w:rPr>
            </w:pPr>
            <w:r w:rsidDel="00000000" w:rsidR="00000000" w:rsidRPr="00000000">
              <w:rPr>
                <w:rtl w:val="0"/>
              </w:rPr>
            </w:r>
          </w:p>
        </w:tc>
        <w:tc>
          <w:tcPr/>
          <w:p w:rsidR="00000000" w:rsidDel="00000000" w:rsidP="00000000" w:rsidRDefault="00000000" w:rsidRPr="00000000" w14:paraId="0000012E">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12F">
            <w:pPr>
              <w:rPr>
                <w:rFonts w:ascii="Arial" w:cs="Arial" w:eastAsia="Arial" w:hAnsi="Arial"/>
              </w:rPr>
            </w:pPr>
            <w:r w:rsidDel="00000000" w:rsidR="00000000" w:rsidRPr="00000000">
              <w:rPr>
                <w:rFonts w:ascii="Arial" w:cs="Arial" w:eastAsia="Arial" w:hAnsi="Arial"/>
                <w:rtl w:val="0"/>
              </w:rPr>
              <w:t xml:space="preserve">Open Educational Resources (OER)</w:t>
            </w:r>
          </w:p>
        </w:tc>
        <w:tc>
          <w:tcPr/>
          <w:p w:rsidR="00000000" w:rsidDel="00000000" w:rsidP="00000000" w:rsidRDefault="00000000" w:rsidRPr="00000000" w14:paraId="00000130">
            <w:pPr>
              <w:rPr>
                <w:rFonts w:ascii="Arial" w:cs="Arial" w:eastAsia="Arial" w:hAnsi="Arial"/>
              </w:rPr>
            </w:pPr>
            <w:r w:rsidDel="00000000" w:rsidR="00000000" w:rsidRPr="00000000">
              <w:rPr>
                <w:rtl w:val="0"/>
              </w:rPr>
            </w:r>
          </w:p>
        </w:tc>
        <w:tc>
          <w:tcPr/>
          <w:p w:rsidR="00000000" w:rsidDel="00000000" w:rsidP="00000000" w:rsidRDefault="00000000" w:rsidRPr="00000000" w14:paraId="00000131">
            <w:pPr>
              <w:rPr>
                <w:rFonts w:ascii="Arial" w:cs="Arial" w:eastAsia="Arial" w:hAnsi="Arial"/>
              </w:rPr>
            </w:pPr>
            <w:r w:rsidDel="00000000" w:rsidR="00000000" w:rsidRPr="00000000">
              <w:rPr>
                <w:rtl w:val="0"/>
              </w:rPr>
            </w:r>
          </w:p>
        </w:tc>
        <w:tc>
          <w:tcPr/>
          <w:p w:rsidR="00000000" w:rsidDel="00000000" w:rsidP="00000000" w:rsidRDefault="00000000" w:rsidRPr="00000000" w14:paraId="00000132">
            <w:pPr>
              <w:rPr>
                <w:rFonts w:ascii="Arial" w:cs="Arial" w:eastAsia="Arial" w:hAnsi="Arial"/>
              </w:rPr>
            </w:pPr>
            <w:r w:rsidDel="00000000" w:rsidR="00000000" w:rsidRPr="00000000">
              <w:rPr>
                <w:rtl w:val="0"/>
              </w:rPr>
            </w:r>
          </w:p>
        </w:tc>
        <w:tc>
          <w:tcPr/>
          <w:p w:rsidR="00000000" w:rsidDel="00000000" w:rsidP="00000000" w:rsidRDefault="00000000" w:rsidRPr="00000000" w14:paraId="00000133">
            <w:pPr>
              <w:rPr>
                <w:rFonts w:ascii="Arial" w:cs="Arial" w:eastAsia="Arial" w:hAnsi="Arial"/>
              </w:rPr>
            </w:pPr>
            <w:r w:rsidDel="00000000" w:rsidR="00000000" w:rsidRPr="00000000">
              <w:rPr>
                <w:rtl w:val="0"/>
              </w:rPr>
            </w:r>
          </w:p>
        </w:tc>
        <w:tc>
          <w:tcPr/>
          <w:p w:rsidR="00000000" w:rsidDel="00000000" w:rsidP="00000000" w:rsidRDefault="00000000" w:rsidRPr="00000000" w14:paraId="00000134">
            <w:pPr>
              <w:rPr>
                <w:rFonts w:ascii="Arial" w:cs="Arial" w:eastAsia="Arial" w:hAnsi="Arial"/>
              </w:rPr>
            </w:pPr>
            <w:r w:rsidDel="00000000" w:rsidR="00000000" w:rsidRPr="00000000">
              <w:rPr>
                <w:rtl w:val="0"/>
              </w:rPr>
            </w:r>
          </w:p>
        </w:tc>
      </w:tr>
      <w:tr>
        <w:trPr>
          <w:cantSplit w:val="0"/>
          <w:tblHeader w:val="0"/>
        </w:trPr>
        <w:tc>
          <w:tcPr/>
          <w:p w:rsidR="00000000" w:rsidDel="00000000" w:rsidP="00000000" w:rsidRDefault="00000000" w:rsidRPr="00000000" w14:paraId="00000135">
            <w:pPr>
              <w:rPr>
                <w:rFonts w:ascii="Arial" w:cs="Arial" w:eastAsia="Arial" w:hAnsi="Arial"/>
              </w:rPr>
            </w:pPr>
            <w:r w:rsidDel="00000000" w:rsidR="00000000" w:rsidRPr="00000000">
              <w:rPr>
                <w:rFonts w:ascii="Arial" w:cs="Arial" w:eastAsia="Arial" w:hAnsi="Arial"/>
                <w:rtl w:val="0"/>
              </w:rPr>
              <w:t xml:space="preserve">PPST-aligned ICT integration practices</w:t>
            </w:r>
          </w:p>
        </w:tc>
        <w:tc>
          <w:tcPr/>
          <w:p w:rsidR="00000000" w:rsidDel="00000000" w:rsidP="00000000" w:rsidRDefault="00000000" w:rsidRPr="00000000" w14:paraId="00000136">
            <w:pPr>
              <w:rPr>
                <w:rFonts w:ascii="Arial" w:cs="Arial" w:eastAsia="Arial" w:hAnsi="Arial"/>
              </w:rPr>
            </w:pPr>
            <w:r w:rsidDel="00000000" w:rsidR="00000000" w:rsidRPr="00000000">
              <w:rPr>
                <w:rtl w:val="0"/>
              </w:rPr>
            </w:r>
          </w:p>
        </w:tc>
        <w:tc>
          <w:tcPr/>
          <w:p w:rsidR="00000000" w:rsidDel="00000000" w:rsidP="00000000" w:rsidRDefault="00000000" w:rsidRPr="00000000" w14:paraId="00000137">
            <w:pPr>
              <w:rPr>
                <w:rFonts w:ascii="Arial" w:cs="Arial" w:eastAsia="Arial" w:hAnsi="Arial"/>
              </w:rPr>
            </w:pPr>
            <w:r w:rsidDel="00000000" w:rsidR="00000000" w:rsidRPr="00000000">
              <w:rPr>
                <w:rtl w:val="0"/>
              </w:rPr>
            </w:r>
          </w:p>
        </w:tc>
        <w:tc>
          <w:tcPr/>
          <w:p w:rsidR="00000000" w:rsidDel="00000000" w:rsidP="00000000" w:rsidRDefault="00000000" w:rsidRPr="00000000" w14:paraId="00000138">
            <w:pPr>
              <w:rPr>
                <w:rFonts w:ascii="Arial" w:cs="Arial" w:eastAsia="Arial" w:hAnsi="Arial"/>
              </w:rPr>
            </w:pPr>
            <w:r w:rsidDel="00000000" w:rsidR="00000000" w:rsidRPr="00000000">
              <w:rPr>
                <w:rtl w:val="0"/>
              </w:rPr>
            </w:r>
          </w:p>
        </w:tc>
        <w:tc>
          <w:tcPr/>
          <w:p w:rsidR="00000000" w:rsidDel="00000000" w:rsidP="00000000" w:rsidRDefault="00000000" w:rsidRPr="00000000" w14:paraId="00000139">
            <w:pPr>
              <w:rPr>
                <w:rFonts w:ascii="Arial" w:cs="Arial" w:eastAsia="Arial" w:hAnsi="Arial"/>
              </w:rPr>
            </w:pPr>
            <w:r w:rsidDel="00000000" w:rsidR="00000000" w:rsidRPr="00000000">
              <w:rPr>
                <w:rtl w:val="0"/>
              </w:rPr>
            </w:r>
          </w:p>
        </w:tc>
        <w:tc>
          <w:tcPr/>
          <w:p w:rsidR="00000000" w:rsidDel="00000000" w:rsidP="00000000" w:rsidRDefault="00000000" w:rsidRPr="00000000" w14:paraId="0000013A">
            <w:pPr>
              <w:rPr>
                <w:rFonts w:ascii="Arial" w:cs="Arial" w:eastAsia="Arial" w:hAnsi="Arial"/>
              </w:rPr>
            </w:pPr>
            <w:r w:rsidDel="00000000" w:rsidR="00000000" w:rsidRPr="00000000">
              <w:rPr>
                <w:rtl w:val="0"/>
              </w:rPr>
            </w:r>
          </w:p>
        </w:tc>
      </w:tr>
    </w:tbl>
    <w:p w:rsidR="00000000" w:rsidDel="00000000" w:rsidP="00000000" w:rsidRDefault="00000000" w:rsidRPr="00000000" w14:paraId="0000013B">
      <w:pPr>
        <w:pStyle w:val="Heading2"/>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Part VII. Open-Ended Questions</w:t>
      </w:r>
    </w:p>
    <w:p w:rsidR="00000000" w:rsidDel="00000000" w:rsidP="00000000" w:rsidRDefault="00000000" w:rsidRPr="00000000" w14:paraId="0000013C">
      <w:pPr>
        <w:rPr>
          <w:rFonts w:ascii="Arial" w:cs="Arial" w:eastAsia="Arial" w:hAnsi="Arial"/>
        </w:rPr>
      </w:pPr>
      <w:r w:rsidDel="00000000" w:rsidR="00000000" w:rsidRPr="00000000">
        <w:rPr>
          <w:rFonts w:ascii="Arial" w:cs="Arial" w:eastAsia="Arial" w:hAnsi="Arial"/>
          <w:rtl w:val="0"/>
        </w:rPr>
        <w:t xml:space="preserve">What challenges do you most frequently encounter when integrating ICT into your teaching?</w:t>
      </w:r>
    </w:p>
    <w:p w:rsidR="00000000" w:rsidDel="00000000" w:rsidP="00000000" w:rsidRDefault="00000000" w:rsidRPr="00000000" w14:paraId="0000013D">
      <w:pPr>
        <w:rPr>
          <w:rFonts w:ascii="Arial" w:cs="Arial" w:eastAsia="Arial" w:hAnsi="Arial"/>
        </w:rPr>
      </w:pPr>
      <w:r w:rsidDel="00000000" w:rsidR="00000000" w:rsidRPr="00000000">
        <w:rPr>
          <w:rFonts w:ascii="Arial" w:cs="Arial" w:eastAsia="Arial" w:hAnsi="Arial"/>
          <w:rtl w:val="0"/>
        </w:rPr>
        <w:br w:type="textWrapping"/>
        <w:t xml:space="preserve">____________________________________________</w:t>
        <w:br w:type="textWrapping"/>
        <w:t xml:space="preserve">____________________________________________</w:t>
      </w:r>
    </w:p>
    <w:p w:rsidR="00000000" w:rsidDel="00000000" w:rsidP="00000000" w:rsidRDefault="00000000" w:rsidRPr="00000000" w14:paraId="0000013E">
      <w:pPr>
        <w:rPr>
          <w:rFonts w:ascii="Arial" w:cs="Arial" w:eastAsia="Arial" w:hAnsi="Arial"/>
        </w:rPr>
      </w:pPr>
      <w:r w:rsidDel="00000000" w:rsidR="00000000" w:rsidRPr="00000000">
        <w:rPr>
          <w:rFonts w:ascii="Arial" w:cs="Arial" w:eastAsia="Arial" w:hAnsi="Arial"/>
          <w:rtl w:val="0"/>
        </w:rPr>
        <w:t xml:space="preserve">What type of support or training would help you integrate ICT more effectively into your classes?</w:t>
      </w:r>
    </w:p>
    <w:p w:rsidR="00000000" w:rsidDel="00000000" w:rsidP="00000000" w:rsidRDefault="00000000" w:rsidRPr="00000000" w14:paraId="0000013F">
      <w:pPr>
        <w:rPr>
          <w:rFonts w:ascii="Arial" w:cs="Arial" w:eastAsia="Arial" w:hAnsi="Arial"/>
        </w:rPr>
      </w:pPr>
      <w:r w:rsidDel="00000000" w:rsidR="00000000" w:rsidRPr="00000000">
        <w:rPr>
          <w:rFonts w:ascii="Arial" w:cs="Arial" w:eastAsia="Arial" w:hAnsi="Arial"/>
          <w:rtl w:val="0"/>
        </w:rPr>
        <w:br w:type="textWrapping"/>
        <w:t xml:space="preserve">____________________________________________</w:t>
        <w:br w:type="textWrapping"/>
        <w:t xml:space="preserve">____________________________________________</w:t>
      </w:r>
    </w:p>
    <w:p w:rsidR="00000000" w:rsidDel="00000000" w:rsidP="00000000" w:rsidRDefault="00000000" w:rsidRPr="00000000" w14:paraId="00000140">
      <w:pPr>
        <w:rPr>
          <w:rFonts w:ascii="Arial" w:cs="Arial" w:eastAsia="Arial" w:hAnsi="Arial"/>
        </w:rPr>
      </w:pPr>
      <w:r w:rsidDel="00000000" w:rsidR="00000000" w:rsidRPr="00000000">
        <w:rPr>
          <w:rFonts w:ascii="Arial" w:cs="Arial" w:eastAsia="Arial" w:hAnsi="Arial"/>
          <w:rtl w:val="0"/>
        </w:rPr>
        <w:t xml:space="preserve">What suggestions can you provide for the successful implementation of Project TECH-ABLE?</w:t>
      </w:r>
    </w:p>
    <w:p w:rsidR="00000000" w:rsidDel="00000000" w:rsidP="00000000" w:rsidRDefault="00000000" w:rsidRPr="00000000" w14:paraId="00000141">
      <w:pPr>
        <w:rPr>
          <w:rFonts w:ascii="Arial" w:cs="Arial" w:eastAsia="Arial" w:hAnsi="Arial"/>
        </w:rPr>
      </w:pPr>
      <w:r w:rsidDel="00000000" w:rsidR="00000000" w:rsidRPr="00000000">
        <w:rPr>
          <w:rFonts w:ascii="Arial" w:cs="Arial" w:eastAsia="Arial" w:hAnsi="Arial"/>
          <w:rtl w:val="0"/>
        </w:rPr>
        <w:br w:type="textWrapping"/>
        <w:t xml:space="preserve">____________________________________________</w:t>
        <w:br w:type="textWrapping"/>
        <w:t xml:space="preserve">____________________________________________</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f98satRnggbPHf4Y60/f+gsqfg==">CgMxLjA4AHIhMWFsWVNzRlZ1TUpZcFNWWGVmU3JZQm1BYUFVQkVPOEpK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