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rFonts w:ascii="Arial" w:cs="Arial" w:eastAsia="Arial" w:hAnsi="Arial"/>
          <w:color w:val="000000"/>
          <w:sz w:val="22"/>
          <w:szCs w:val="22"/>
        </w:rPr>
      </w:pPr>
      <w:bookmarkStart w:colFirst="0" w:colLast="0" w:name="_heading=h.2z3lr6gbj97v" w:id="0"/>
      <w:bookmarkEnd w:id="0"/>
      <w:r w:rsidDel="00000000" w:rsidR="00000000" w:rsidRPr="00000000">
        <w:rPr>
          <w:rFonts w:ascii="Arial" w:cs="Arial" w:eastAsia="Arial" w:hAnsi="Arial"/>
          <w:color w:val="000000"/>
          <w:sz w:val="22"/>
          <w:szCs w:val="22"/>
          <w:rtl w:val="0"/>
        </w:rPr>
        <w:t xml:space="preserve">PROJECT TECH-ABLE</w:t>
      </w:r>
    </w:p>
    <w:p w:rsidR="00000000" w:rsidDel="00000000" w:rsidP="00000000" w:rsidRDefault="00000000" w:rsidRPr="00000000" w14:paraId="00000002">
      <w:pPr>
        <w:jc w:val="center"/>
        <w:rPr>
          <w:rFonts w:ascii="Arial" w:cs="Arial" w:eastAsia="Arial" w:hAnsi="Arial"/>
          <w:b w:val="0"/>
          <w:bCs w:val="0"/>
          <w:i w:val="1"/>
          <w:iCs w:val="1"/>
          <w:color w:val="000000"/>
          <w:sz w:val="22"/>
          <w:szCs w:val="22"/>
        </w:rPr>
      </w:pPr>
      <w:r w:rsidDel="00000000" w:rsidR="00000000" w:rsidRPr="00000000">
        <w:rPr>
          <w:rFonts w:ascii="Arial" w:cs="Arial" w:eastAsia="Arial" w:hAnsi="Arial"/>
          <w:i w:val="1"/>
          <w:iCs w:val="1"/>
          <w:rtl w:val="0"/>
        </w:rPr>
        <w:t xml:space="preserve">Key Informant Interview Guide</w:t>
      </w:r>
      <w:r w:rsidDel="00000000" w:rsidR="00000000" w:rsidRPr="00000000">
        <w:rPr>
          <w:rtl w:val="0"/>
        </w:rPr>
      </w:r>
    </w:p>
    <w:p w:rsidR="00000000" w:rsidDel="00000000" w:rsidP="00000000" w:rsidRDefault="00000000" w:rsidRPr="00000000" w14:paraId="00000003">
      <w:pPr>
        <w:jc w:val="both"/>
        <w:rPr>
          <w:rFonts w:ascii="Arial" w:cs="Arial" w:eastAsia="Arial" w:hAnsi="Arial"/>
        </w:rPr>
      </w:pPr>
      <w:r w:rsidDel="00000000" w:rsidR="00000000" w:rsidRPr="00000000">
        <w:rPr>
          <w:rFonts w:ascii="Arial" w:cs="Arial" w:eastAsia="Arial" w:hAnsi="Arial"/>
          <w:rtl w:val="0"/>
        </w:rPr>
        <w:br w:type="textWrapping"/>
      </w:r>
      <w:r w:rsidDel="00000000" w:rsidR="00000000" w:rsidRPr="00000000">
        <w:rPr>
          <w:rFonts w:ascii="Arial" w:cs="Arial" w:eastAsia="Arial" w:hAnsi="Arial"/>
          <w:b w:val="1"/>
          <w:bCs w:val="1"/>
          <w:u w:val="single"/>
          <w:rtl w:val="0"/>
        </w:rPr>
        <w:t xml:space="preserve">Respondent Information:</w:t>
      </w:r>
      <w:r w:rsidDel="00000000" w:rsidR="00000000" w:rsidRPr="00000000">
        <w:rPr>
          <w:rFonts w:ascii="Arial" w:cs="Arial" w:eastAsia="Arial" w:hAnsi="Arial"/>
          <w:rtl w:val="0"/>
        </w:rPr>
        <w:br w:type="textWrapping"/>
        <w:br w:type="textWrapping"/>
        <w:t xml:space="preserve">Name (Optional): _______________________________</w:t>
        <w:br w:type="textWrapping"/>
        <w:t xml:space="preserve">Position: ______________________________________</w:t>
        <w:br w:type="textWrapping"/>
        <w:t xml:space="preserve">School: _______________________________________</w:t>
        <w:br w:type="textWrapping"/>
        <w:t xml:space="preserve">Date of Interview: ______________________________</w:t>
        <w:br w:type="textWrapping"/>
        <w:t xml:space="preserve">Interviewer: ___________________________________</w:t>
        <w:br w:type="textWrapping"/>
        <w:br w:type="textWrapping"/>
        <w:t xml:space="preserve">Introduction</w:t>
        <w:br w:type="textWrapping"/>
        <w:br w:type="textWrapping"/>
        <w:t xml:space="preserve">Good day!</w:t>
        <w:br w:type="textWrapping"/>
        <w:br w:type="textWrapping"/>
        <w:t xml:space="preserve">We are conducting this interview as part of the needs assessment for Project TECH-ABLE, an extension program aimed at enhancing teachers' capacity to integrate Information and Communication Technology (ICT) into teaching and learning processes.</w:t>
        <w:br w:type="textWrapping"/>
        <w:br w:type="textWrapping"/>
        <w:t xml:space="preserve">The information you provide will be used solely for planning, implementation, monitoring, and improvement of the project. Your responses will be treated with confidentiality.</w:t>
        <w:br w:type="textWrapping"/>
        <w:br w:type="textWrapping"/>
      </w:r>
      <w:r w:rsidDel="00000000" w:rsidR="00000000" w:rsidRPr="00000000">
        <w:rPr>
          <w:rFonts w:ascii="Arial" w:cs="Arial" w:eastAsia="Arial" w:hAnsi="Arial"/>
          <w:b w:val="1"/>
          <w:bCs w:val="1"/>
          <w:u w:val="single"/>
          <w:rtl w:val="0"/>
        </w:rPr>
        <w:t xml:space="preserve">A. Current School Situation</w:t>
      </w:r>
      <w:r w:rsidDel="00000000" w:rsidR="00000000" w:rsidRPr="00000000">
        <w:rPr>
          <w:rFonts w:ascii="Arial" w:cs="Arial" w:eastAsia="Arial" w:hAnsi="Arial"/>
          <w:rtl w:val="0"/>
        </w:rPr>
        <w:br w:type="textWrapping"/>
        <w:br w:type="textWrapping"/>
        <w:t xml:space="preserve">1. How would you describe the current use of ICT in classroom teaching in your school?</w:t>
        <w:br w:type="textWrapping"/>
        <w:t xml:space="preserve">   Probe Questions:</w:t>
        <w:br w:type="textWrapping"/>
        <w:t xml:space="preserve">   • How often do teachers use ICT during lessons?</w:t>
        <w:br w:type="textWrapping"/>
        <w:t xml:space="preserve">   • What ICT tools are commonly used?</w:t>
        <w:br w:type="textWrapping"/>
        <w:br w:type="textWrapping"/>
        <w:t xml:space="preserve">2. What ICT resources are currently available in the school?</w:t>
        <w:br w:type="textWrapping"/>
        <w:t xml:space="preserve">   Probe Questions:</w:t>
        <w:br w:type="textWrapping"/>
        <w:t xml:space="preserve">   • Laptops</w:t>
        <w:br w:type="textWrapping"/>
        <w:t xml:space="preserve">   • Desktop computers</w:t>
        <w:br w:type="textWrapping"/>
        <w:t xml:space="preserve">   • Projectors</w:t>
        <w:br w:type="textWrapping"/>
        <w:t xml:space="preserve">   • Internet connection</w:t>
        <w:br w:type="textWrapping"/>
        <w:t xml:space="preserve">   • Television/Smart TV</w:t>
        <w:br w:type="textWrapping"/>
        <w:t xml:space="preserve">   • Other digital devices</w:t>
        <w:br w:type="textWrapping"/>
        <w:br w:type="textWrapping"/>
      </w:r>
    </w:p>
    <w:p w:rsidR="00000000" w:rsidDel="00000000" w:rsidP="00000000" w:rsidRDefault="00000000" w:rsidRPr="00000000" w14:paraId="00000004">
      <w:pPr>
        <w:jc w:val="both"/>
        <w:rPr>
          <w:rFonts w:ascii="Arial" w:cs="Arial" w:eastAsia="Arial" w:hAnsi="Arial"/>
        </w:rPr>
      </w:pPr>
      <w:r w:rsidDel="00000000" w:rsidR="00000000" w:rsidRPr="00000000">
        <w:rPr>
          <w:rtl w:val="0"/>
        </w:rPr>
      </w:r>
    </w:p>
    <w:p w:rsidR="00000000" w:rsidDel="00000000" w:rsidP="00000000" w:rsidRDefault="00000000" w:rsidRPr="00000000" w14:paraId="00000005">
      <w:pPr>
        <w:jc w:val="both"/>
        <w:rPr>
          <w:rFonts w:ascii="Arial" w:cs="Arial" w:eastAsia="Arial" w:hAnsi="Arial"/>
        </w:rPr>
      </w:pPr>
      <w:r w:rsidDel="00000000" w:rsidR="00000000" w:rsidRPr="00000000">
        <w:rPr>
          <w:rFonts w:ascii="Arial" w:cs="Arial" w:eastAsia="Arial" w:hAnsi="Arial"/>
          <w:rtl w:val="0"/>
        </w:rPr>
        <w:t xml:space="preserve">3. What challenges does the school experience regarding ICT integration in teaching and learning?</w:t>
        <w:br w:type="textWrapping"/>
        <w:t xml:space="preserve">   Probe Questions:</w:t>
        <w:br w:type="textWrapping"/>
        <w:t xml:space="preserve">   • Limited equipment</w:t>
        <w:br w:type="textWrapping"/>
        <w:t xml:space="preserve">   • Internet connectivity</w:t>
        <w:br w:type="textWrapping"/>
        <w:t xml:space="preserve">   • Lack of training</w:t>
        <w:br w:type="textWrapping"/>
        <w:t xml:space="preserve">   • Lack of confidence among teachers</w:t>
        <w:br w:type="textWrapping"/>
        <w:t xml:space="preserve">   • Time constraints</w:t>
        <w:br w:type="textWrapping"/>
        <w:t xml:space="preserve">   • Other concerns</w:t>
        <w:br w:type="textWrapping"/>
      </w:r>
      <w:r w:rsidDel="00000000" w:rsidR="00000000" w:rsidRPr="00000000">
        <w:rPr>
          <w:rFonts w:ascii="Arial" w:cs="Arial" w:eastAsia="Arial" w:hAnsi="Arial"/>
          <w:b w:val="1"/>
          <w:bCs w:val="1"/>
          <w:rtl w:val="0"/>
        </w:rPr>
        <w:br w:type="textWrapping"/>
      </w:r>
      <w:r w:rsidDel="00000000" w:rsidR="00000000" w:rsidRPr="00000000">
        <w:rPr>
          <w:rFonts w:ascii="Arial" w:cs="Arial" w:eastAsia="Arial" w:hAnsi="Arial"/>
          <w:b w:val="1"/>
          <w:bCs w:val="1"/>
          <w:u w:val="single"/>
          <w:rtl w:val="0"/>
        </w:rPr>
        <w:t xml:space="preserve">B. Teachers' ICT Competence</w:t>
      </w:r>
      <w:r w:rsidDel="00000000" w:rsidR="00000000" w:rsidRPr="00000000">
        <w:rPr>
          <w:rFonts w:ascii="Arial" w:cs="Arial" w:eastAsia="Arial" w:hAnsi="Arial"/>
          <w:rtl w:val="0"/>
        </w:rPr>
        <w:br w:type="textWrapping"/>
        <w:br w:type="textWrapping"/>
        <w:t xml:space="preserve">4. Based on your observations, how would you describe the ICT skills of your teachers?</w:t>
        <w:br w:type="textWrapping"/>
        <w:br w:type="textWrapping"/>
        <w:t xml:space="preserve">5. In what areas do teachers need the most support or training regarding ICT?</w:t>
        <w:br w:type="textWrapping"/>
        <w:br w:type="textWrapping"/>
        <w:t xml:space="preserve">6. What factors prevent teachers from maximizing the use of ICT in their classes?</w:t>
        <w:br w:type="textWrapping"/>
        <w:br w:type="textWrapping"/>
      </w:r>
      <w:r w:rsidDel="00000000" w:rsidR="00000000" w:rsidRPr="00000000">
        <w:rPr>
          <w:rFonts w:ascii="Arial" w:cs="Arial" w:eastAsia="Arial" w:hAnsi="Arial"/>
          <w:b w:val="1"/>
          <w:bCs w:val="1"/>
          <w:u w:val="single"/>
          <w:rtl w:val="0"/>
        </w:rPr>
        <w:t xml:space="preserve">C. ICT Integration and PPST</w:t>
      </w:r>
      <w:r w:rsidDel="00000000" w:rsidR="00000000" w:rsidRPr="00000000">
        <w:rPr>
          <w:rFonts w:ascii="Arial" w:cs="Arial" w:eastAsia="Arial" w:hAnsi="Arial"/>
          <w:rtl w:val="0"/>
        </w:rPr>
        <w:br w:type="textWrapping"/>
        <w:br w:type="textWrapping"/>
        <w:t xml:space="preserve">7. How do teachers currently demonstrate the use of ICT to support teaching and learning?</w:t>
        <w:br w:type="textWrapping"/>
        <w:br w:type="textWrapping"/>
        <w:t xml:space="preserve">8. What challenges do teachers encounter in meeting PPST Indicator 1.3.2 (Positive Use of ICT to Facilitate the Teaching and Learning Process)?</w:t>
        <w:br w:type="textWrapping"/>
        <w:br w:type="textWrapping"/>
        <w:t xml:space="preserve">9. What changes would you like to observe in teachers' ability to meet PPST Indicator 1.3.2 (Positive Use of ICT to Facilitate the Teaching and Learning Process) after the implementation of Project TECH-ABLE?</w:t>
        <w:br w:type="textWrapping"/>
        <w:br w:type="textWrapping"/>
      </w:r>
      <w:r w:rsidDel="00000000" w:rsidR="00000000" w:rsidRPr="00000000">
        <w:rPr>
          <w:rFonts w:ascii="Arial" w:cs="Arial" w:eastAsia="Arial" w:hAnsi="Arial"/>
          <w:b w:val="1"/>
          <w:bCs w:val="1"/>
          <w:u w:val="single"/>
          <w:rtl w:val="0"/>
        </w:rPr>
        <w:t xml:space="preserve">D. Training and Extension Needs</w:t>
      </w:r>
      <w:r w:rsidDel="00000000" w:rsidR="00000000" w:rsidRPr="00000000">
        <w:rPr>
          <w:rFonts w:ascii="Arial" w:cs="Arial" w:eastAsia="Arial" w:hAnsi="Arial"/>
          <w:rtl w:val="0"/>
        </w:rPr>
        <w:br w:type="textWrapping"/>
        <w:br w:type="textWrapping"/>
        <w:t xml:space="preserve">10. What topics should be prioritized in Project TECH-ABLE training activities?</w:t>
        <w:br w:type="textWrapping"/>
        <w:br w:type="textWrapping"/>
        <w:t xml:space="preserve">11. What type of support would be most beneficial to teachers after the training?</w:t>
        <w:br w:type="textWrapping"/>
        <w:br w:type="textWrapping"/>
      </w:r>
      <w:r w:rsidDel="00000000" w:rsidR="00000000" w:rsidRPr="00000000">
        <w:rPr>
          <w:rFonts w:ascii="Arial" w:cs="Arial" w:eastAsia="Arial" w:hAnsi="Arial"/>
          <w:b w:val="1"/>
          <w:bCs w:val="1"/>
          <w:u w:val="single"/>
          <w:rtl w:val="0"/>
        </w:rPr>
        <w:t xml:space="preserve">E. Expected Outcomes and Sustainability</w:t>
      </w:r>
      <w:r w:rsidDel="00000000" w:rsidR="00000000" w:rsidRPr="00000000">
        <w:rPr>
          <w:rFonts w:ascii="Arial" w:cs="Arial" w:eastAsia="Arial" w:hAnsi="Arial"/>
          <w:rtl w:val="0"/>
        </w:rPr>
        <w:br w:type="textWrapping"/>
        <w:br w:type="textWrapping"/>
        <w:t xml:space="preserve">12. What outcomes do you expect from Project TECH-ABLE?</w:t>
        <w:br w:type="textWrapping"/>
        <w:br w:type="textWrapping"/>
        <w:t xml:space="preserve">13. How can the school sustain the gains of the project after its completion?</w:t>
        <w:br w:type="textWrapping"/>
        <w:br w:type="textWrapping"/>
        <w:t xml:space="preserve">14. Are there any additional recommendations or concerns that should be considered in implementing Project TECH-ABLE?</w:t>
        <w:br w:type="textWrapping"/>
        <w:br w:type="textWrapping"/>
      </w:r>
      <w:r w:rsidDel="00000000" w:rsidR="00000000" w:rsidRPr="00000000">
        <w:rPr>
          <w:rFonts w:ascii="Arial" w:cs="Arial" w:eastAsia="Arial" w:hAnsi="Arial"/>
          <w:b w:val="1"/>
          <w:bCs w:val="1"/>
          <w:u w:val="single"/>
          <w:rtl w:val="0"/>
        </w:rPr>
        <w:t xml:space="preserve">Closing Statement</w:t>
      </w:r>
      <w:r w:rsidDel="00000000" w:rsidR="00000000" w:rsidRPr="00000000">
        <w:rPr>
          <w:rFonts w:ascii="Arial" w:cs="Arial" w:eastAsia="Arial" w:hAnsi="Arial"/>
          <w:rtl w:val="0"/>
        </w:rPr>
        <w:br w:type="textWrapping"/>
        <w:br w:type="textWrapping"/>
        <w:t xml:space="preserve">Thank you for your valuable time and insights. Your responses will help ensure that Project TECH-ABLE addresses the actual ICT integration needs of teachers and supports the improvement of teaching and learning practices in your school.</w:t>
        <w:br w:type="textWrapping"/>
        <w:br w:type="textWrapping"/>
        <w:t xml:space="preserve">Note for Documentation: With the respondent's permission, the interview may be audio-recorded and notes may be taken for project planning, monitoring, evaluation, and reporting purposes.</w:t>
        <w:br w:type="textWrapping"/>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hvVNfsD9cBFrgGW5bQvhNfnkuw==">CgMxLjAyDmguMnozbHI2Z2JqOTd2OAByITF6M2VNSWVOUmcySGdxR3JTS1NkWFBpOVM3VFhfZ1B5NQ==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