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8618FC" w14:textId="77777777" w:rsidR="0001679B" w:rsidRPr="00067327" w:rsidRDefault="00000000">
      <w:pPr>
        <w:jc w:val="center"/>
        <w:rPr>
          <w:sz w:val="22"/>
        </w:rPr>
      </w:pPr>
      <w:r w:rsidRPr="00067327">
        <w:rPr>
          <w:b/>
          <w:sz w:val="22"/>
        </w:rPr>
        <w:t>PROJECT PADAYON</w:t>
      </w:r>
    </w:p>
    <w:p w14:paraId="25C12C61" w14:textId="77777777" w:rsidR="002127FE" w:rsidRDefault="00000000" w:rsidP="002127FE">
      <w:pPr>
        <w:spacing w:after="0"/>
        <w:jc w:val="center"/>
        <w:rPr>
          <w:b/>
          <w:sz w:val="22"/>
        </w:rPr>
      </w:pPr>
      <w:r w:rsidRPr="00067327">
        <w:rPr>
          <w:b/>
          <w:sz w:val="22"/>
        </w:rPr>
        <w:t xml:space="preserve">Needs Assessment Questionnaire for Alternative Learning System (ALS) Learners </w:t>
      </w:r>
    </w:p>
    <w:p w14:paraId="287976F5" w14:textId="292C5B8E" w:rsidR="0001679B" w:rsidRDefault="00000000" w:rsidP="002127FE">
      <w:pPr>
        <w:spacing w:after="0"/>
        <w:jc w:val="center"/>
        <w:rPr>
          <w:b/>
          <w:sz w:val="22"/>
        </w:rPr>
      </w:pPr>
      <w:r w:rsidRPr="00067327">
        <w:rPr>
          <w:b/>
          <w:sz w:val="22"/>
        </w:rPr>
        <w:t>of San Miguel District</w:t>
      </w:r>
    </w:p>
    <w:p w14:paraId="5F559666" w14:textId="77777777" w:rsidR="002127FE" w:rsidRPr="00067327" w:rsidRDefault="002127FE" w:rsidP="002127FE">
      <w:pPr>
        <w:spacing w:after="0"/>
        <w:jc w:val="center"/>
        <w:rPr>
          <w:sz w:val="22"/>
        </w:rPr>
      </w:pPr>
    </w:p>
    <w:p w14:paraId="56D54EC6" w14:textId="77777777" w:rsidR="0001679B" w:rsidRPr="00067327" w:rsidRDefault="00000000" w:rsidP="00067327">
      <w:pPr>
        <w:jc w:val="both"/>
        <w:rPr>
          <w:sz w:val="22"/>
        </w:rPr>
      </w:pPr>
      <w:r w:rsidRPr="00067327">
        <w:rPr>
          <w:b/>
          <w:sz w:val="22"/>
        </w:rPr>
        <w:t xml:space="preserve">Purpose: </w:t>
      </w:r>
      <w:r w:rsidRPr="00067327">
        <w:rPr>
          <w:sz w:val="22"/>
        </w:rPr>
        <w:t>This questionnaire aims to determine the learning support needs, experiences, and preferences of ALS learners in San Miguel District. The information gathered will serve as a basis for designing Project PADAYON: Contextualized Tutorial and Learning Support Program for Alternative Learning System Learners of San Miguel District. This questionnaire does not form part of the learner's official ALS assessment or grading. Responses will be used for project planning and needs assessment purposes.</w:t>
      </w:r>
    </w:p>
    <w:p w14:paraId="503BDD7E" w14:textId="77777777" w:rsidR="0001679B" w:rsidRPr="00067327" w:rsidRDefault="00000000">
      <w:pPr>
        <w:spacing w:before="160" w:after="60"/>
        <w:rPr>
          <w:sz w:val="22"/>
        </w:rPr>
      </w:pPr>
      <w:r w:rsidRPr="00067327">
        <w:rPr>
          <w:b/>
          <w:sz w:val="22"/>
        </w:rPr>
        <w:t>Part I. Learner Profile</w:t>
      </w:r>
    </w:p>
    <w:p w14:paraId="691D0B59" w14:textId="1A494F18" w:rsidR="00067327" w:rsidRPr="00067327" w:rsidRDefault="00067327" w:rsidP="00067327">
      <w:pPr>
        <w:pStyle w:val="ListParagraph"/>
        <w:numPr>
          <w:ilvl w:val="0"/>
          <w:numId w:val="10"/>
        </w:numPr>
        <w:rPr>
          <w:sz w:val="22"/>
        </w:rPr>
      </w:pPr>
      <w:r w:rsidRPr="00067327">
        <w:rPr>
          <w:sz w:val="22"/>
        </w:rPr>
        <w:t>Name (Optional</w:t>
      </w:r>
      <w:proofErr w:type="gramStart"/>
      <w:r w:rsidRPr="00067327">
        <w:rPr>
          <w:sz w:val="22"/>
        </w:rPr>
        <w:t>):_</w:t>
      </w:r>
      <w:proofErr w:type="gramEnd"/>
      <w:r w:rsidRPr="00067327">
        <w:rPr>
          <w:sz w:val="22"/>
        </w:rPr>
        <w:t>________________________________________</w:t>
      </w:r>
    </w:p>
    <w:p w14:paraId="4BDD22A7" w14:textId="77777777" w:rsidR="00067327" w:rsidRDefault="00000000" w:rsidP="00067327">
      <w:pPr>
        <w:pStyle w:val="ListParagraph"/>
        <w:numPr>
          <w:ilvl w:val="0"/>
          <w:numId w:val="10"/>
        </w:numPr>
        <w:rPr>
          <w:sz w:val="22"/>
        </w:rPr>
      </w:pPr>
      <w:r w:rsidRPr="00067327">
        <w:rPr>
          <w:sz w:val="22"/>
        </w:rPr>
        <w:t xml:space="preserve"> Age: __________</w:t>
      </w:r>
    </w:p>
    <w:p w14:paraId="724DFEDD" w14:textId="77777777" w:rsidR="00067327" w:rsidRDefault="00000000" w:rsidP="00067327">
      <w:pPr>
        <w:pStyle w:val="ListParagraph"/>
        <w:numPr>
          <w:ilvl w:val="0"/>
          <w:numId w:val="10"/>
        </w:numPr>
        <w:rPr>
          <w:sz w:val="22"/>
        </w:rPr>
      </w:pPr>
      <w:r w:rsidRPr="00067327">
        <w:rPr>
          <w:sz w:val="22"/>
        </w:rPr>
        <w:t xml:space="preserve">Sex: </w:t>
      </w:r>
      <w:r w:rsidRPr="00067327">
        <w:rPr>
          <w:rFonts w:ascii="Segoe UI Symbol" w:hAnsi="Segoe UI Symbol" w:cs="Segoe UI Symbol"/>
          <w:sz w:val="22"/>
        </w:rPr>
        <w:t>☐</w:t>
      </w:r>
      <w:r w:rsidRPr="00067327">
        <w:rPr>
          <w:sz w:val="22"/>
        </w:rPr>
        <w:t xml:space="preserve"> Male    </w:t>
      </w:r>
      <w:r w:rsidRPr="00067327">
        <w:rPr>
          <w:rFonts w:ascii="Segoe UI Symbol" w:hAnsi="Segoe UI Symbol" w:cs="Segoe UI Symbol"/>
          <w:sz w:val="22"/>
        </w:rPr>
        <w:t>☐</w:t>
      </w:r>
      <w:r w:rsidRPr="00067327">
        <w:rPr>
          <w:sz w:val="22"/>
        </w:rPr>
        <w:t xml:space="preserve"> Female    </w:t>
      </w:r>
      <w:r w:rsidRPr="00067327">
        <w:rPr>
          <w:rFonts w:ascii="Segoe UI Symbol" w:hAnsi="Segoe UI Symbol" w:cs="Segoe UI Symbol"/>
          <w:sz w:val="22"/>
        </w:rPr>
        <w:t>☐</w:t>
      </w:r>
      <w:r w:rsidRPr="00067327">
        <w:rPr>
          <w:sz w:val="22"/>
        </w:rPr>
        <w:t xml:space="preserve"> Prefer not to say</w:t>
      </w:r>
    </w:p>
    <w:p w14:paraId="1BD501B1" w14:textId="77777777" w:rsidR="00067327" w:rsidRDefault="00000000" w:rsidP="00067327">
      <w:pPr>
        <w:pStyle w:val="ListParagraph"/>
        <w:numPr>
          <w:ilvl w:val="0"/>
          <w:numId w:val="10"/>
        </w:numPr>
        <w:rPr>
          <w:sz w:val="22"/>
        </w:rPr>
      </w:pPr>
      <w:r w:rsidRPr="00067327">
        <w:rPr>
          <w:sz w:val="22"/>
        </w:rPr>
        <w:t>Barangay: _____________________________________________</w:t>
      </w:r>
    </w:p>
    <w:p w14:paraId="7389BEF1" w14:textId="77777777" w:rsidR="00067327" w:rsidRDefault="00000000" w:rsidP="00067327">
      <w:pPr>
        <w:pStyle w:val="ListParagraph"/>
        <w:numPr>
          <w:ilvl w:val="0"/>
          <w:numId w:val="10"/>
        </w:numPr>
        <w:rPr>
          <w:sz w:val="22"/>
        </w:rPr>
      </w:pPr>
      <w:r w:rsidRPr="00067327">
        <w:rPr>
          <w:sz w:val="22"/>
        </w:rPr>
        <w:t xml:space="preserve">Current ALS Level: </w:t>
      </w:r>
      <w:r w:rsidRPr="00067327">
        <w:rPr>
          <w:rFonts w:ascii="Segoe UI Symbol" w:hAnsi="Segoe UI Symbol" w:cs="Segoe UI Symbol"/>
          <w:sz w:val="22"/>
        </w:rPr>
        <w:t>☐</w:t>
      </w:r>
      <w:r w:rsidRPr="00067327">
        <w:rPr>
          <w:sz w:val="22"/>
        </w:rPr>
        <w:t xml:space="preserve"> Basic Literacy Program    </w:t>
      </w:r>
      <w:r w:rsidRPr="00067327">
        <w:rPr>
          <w:rFonts w:ascii="Segoe UI Symbol" w:hAnsi="Segoe UI Symbol" w:cs="Segoe UI Symbol"/>
          <w:sz w:val="22"/>
        </w:rPr>
        <w:t>☐</w:t>
      </w:r>
      <w:r w:rsidRPr="00067327">
        <w:rPr>
          <w:sz w:val="22"/>
        </w:rPr>
        <w:t xml:space="preserve"> Elementary    </w:t>
      </w:r>
      <w:r w:rsidRPr="00067327">
        <w:rPr>
          <w:rFonts w:ascii="Segoe UI Symbol" w:hAnsi="Segoe UI Symbol" w:cs="Segoe UI Symbol"/>
          <w:sz w:val="22"/>
        </w:rPr>
        <w:t>☐</w:t>
      </w:r>
      <w:r w:rsidRPr="00067327">
        <w:rPr>
          <w:sz w:val="22"/>
        </w:rPr>
        <w:t xml:space="preserve"> Junior High School   </w:t>
      </w:r>
    </w:p>
    <w:p w14:paraId="7BBF2041" w14:textId="455F493F" w:rsidR="00067327" w:rsidRDefault="00000000" w:rsidP="00067327">
      <w:pPr>
        <w:pStyle w:val="ListParagraph"/>
        <w:ind w:left="2160" w:firstLine="720"/>
        <w:rPr>
          <w:sz w:val="22"/>
        </w:rPr>
      </w:pPr>
      <w:r w:rsidRPr="00067327">
        <w:rPr>
          <w:sz w:val="22"/>
        </w:rPr>
        <w:t xml:space="preserve"> </w:t>
      </w:r>
      <w:r w:rsidRPr="00067327">
        <w:rPr>
          <w:rFonts w:ascii="Segoe UI Symbol" w:hAnsi="Segoe UI Symbol" w:cs="Segoe UI Symbol"/>
          <w:sz w:val="22"/>
        </w:rPr>
        <w:t>☐</w:t>
      </w:r>
      <w:r w:rsidRPr="00067327">
        <w:rPr>
          <w:sz w:val="22"/>
        </w:rPr>
        <w:t xml:space="preserve"> Other: __________</w:t>
      </w:r>
    </w:p>
    <w:p w14:paraId="1A44CE15" w14:textId="01A22B2F" w:rsidR="00067327" w:rsidRDefault="00000000" w:rsidP="00067327">
      <w:pPr>
        <w:pStyle w:val="ListParagraph"/>
        <w:numPr>
          <w:ilvl w:val="0"/>
          <w:numId w:val="10"/>
        </w:numPr>
        <w:rPr>
          <w:sz w:val="22"/>
        </w:rPr>
      </w:pPr>
      <w:r w:rsidRPr="00067327">
        <w:rPr>
          <w:sz w:val="22"/>
        </w:rPr>
        <w:t>How long have you been enrolled in ALS?</w:t>
      </w:r>
      <w:r w:rsidR="00067327">
        <w:rPr>
          <w:sz w:val="22"/>
        </w:rPr>
        <w:t xml:space="preserve">        </w:t>
      </w:r>
      <w:r w:rsidRPr="00067327">
        <w:rPr>
          <w:sz w:val="22"/>
        </w:rPr>
        <w:t xml:space="preserve"> </w:t>
      </w:r>
      <w:r w:rsidRPr="00067327">
        <w:rPr>
          <w:rFonts w:ascii="Segoe UI Symbol" w:hAnsi="Segoe UI Symbol" w:cs="Segoe UI Symbol"/>
          <w:sz w:val="22"/>
        </w:rPr>
        <w:t>☐</w:t>
      </w:r>
      <w:r w:rsidRPr="00067327">
        <w:rPr>
          <w:sz w:val="22"/>
        </w:rPr>
        <w:t xml:space="preserve"> Less than 6 months    </w:t>
      </w:r>
      <w:r w:rsidRPr="00067327">
        <w:rPr>
          <w:rFonts w:ascii="Segoe UI Symbol" w:hAnsi="Segoe UI Symbol" w:cs="Segoe UI Symbol"/>
          <w:sz w:val="22"/>
        </w:rPr>
        <w:t>☐</w:t>
      </w:r>
      <w:r w:rsidRPr="00067327">
        <w:rPr>
          <w:sz w:val="22"/>
        </w:rPr>
        <w:t xml:space="preserve"> 6 months–1 year    </w:t>
      </w:r>
      <w:r w:rsidR="00067327" w:rsidRPr="00067327">
        <w:rPr>
          <w:sz w:val="22"/>
        </w:rPr>
        <w:tab/>
      </w:r>
      <w:r w:rsidR="00067327" w:rsidRPr="00067327">
        <w:rPr>
          <w:sz w:val="22"/>
        </w:rPr>
        <w:tab/>
      </w:r>
      <w:r w:rsidRPr="00067327">
        <w:rPr>
          <w:rFonts w:ascii="Segoe UI Symbol" w:hAnsi="Segoe UI Symbol" w:cs="Segoe UI Symbol"/>
          <w:sz w:val="22"/>
        </w:rPr>
        <w:t>☐</w:t>
      </w:r>
      <w:r w:rsidRPr="00067327">
        <w:rPr>
          <w:sz w:val="22"/>
        </w:rPr>
        <w:t xml:space="preserve"> More than 1 year–2 years    </w:t>
      </w:r>
      <w:r w:rsidRPr="00067327">
        <w:rPr>
          <w:rFonts w:ascii="Segoe UI Symbol" w:hAnsi="Segoe UI Symbol" w:cs="Segoe UI Symbol"/>
          <w:sz w:val="22"/>
        </w:rPr>
        <w:t>☐</w:t>
      </w:r>
      <w:r w:rsidRPr="00067327">
        <w:rPr>
          <w:sz w:val="22"/>
        </w:rPr>
        <w:t xml:space="preserve"> More than 2 years</w:t>
      </w:r>
    </w:p>
    <w:p w14:paraId="6A1E59B8" w14:textId="77777777" w:rsidR="00067327" w:rsidRDefault="00000000" w:rsidP="00067327">
      <w:pPr>
        <w:pStyle w:val="ListParagraph"/>
        <w:numPr>
          <w:ilvl w:val="0"/>
          <w:numId w:val="10"/>
        </w:numPr>
        <w:rPr>
          <w:sz w:val="22"/>
        </w:rPr>
      </w:pPr>
      <w:r w:rsidRPr="00067327">
        <w:rPr>
          <w:sz w:val="22"/>
        </w:rPr>
        <w:t xml:space="preserve">Are you currently working while enrolled in ALS? </w:t>
      </w:r>
    </w:p>
    <w:p w14:paraId="5C71D209" w14:textId="5CA2BC4A" w:rsidR="0001679B" w:rsidRPr="00067327" w:rsidRDefault="00000000" w:rsidP="00067327">
      <w:pPr>
        <w:pStyle w:val="ListParagraph"/>
        <w:ind w:firstLine="720"/>
        <w:rPr>
          <w:sz w:val="22"/>
        </w:rPr>
      </w:pPr>
      <w:r w:rsidRPr="00067327">
        <w:rPr>
          <w:rFonts w:ascii="Segoe UI Symbol" w:hAnsi="Segoe UI Symbol" w:cs="Segoe UI Symbol"/>
          <w:sz w:val="22"/>
        </w:rPr>
        <w:t>☐</w:t>
      </w:r>
      <w:r w:rsidRPr="00067327">
        <w:rPr>
          <w:sz w:val="22"/>
        </w:rPr>
        <w:t xml:space="preserve"> Yes, full-time    </w:t>
      </w:r>
      <w:r w:rsidRPr="00067327">
        <w:rPr>
          <w:rFonts w:ascii="Segoe UI Symbol" w:hAnsi="Segoe UI Symbol" w:cs="Segoe UI Symbol"/>
          <w:sz w:val="22"/>
        </w:rPr>
        <w:t>☐</w:t>
      </w:r>
      <w:r w:rsidRPr="00067327">
        <w:rPr>
          <w:sz w:val="22"/>
        </w:rPr>
        <w:t xml:space="preserve"> Yes, part-time/occasional    </w:t>
      </w:r>
      <w:r w:rsidRPr="00067327">
        <w:rPr>
          <w:rFonts w:ascii="Segoe UI Symbol" w:hAnsi="Segoe UI Symbol" w:cs="Segoe UI Symbol"/>
          <w:sz w:val="22"/>
        </w:rPr>
        <w:t>☐</w:t>
      </w:r>
      <w:r w:rsidRPr="00067327">
        <w:rPr>
          <w:sz w:val="22"/>
        </w:rPr>
        <w:t xml:space="preserve"> No</w:t>
      </w:r>
    </w:p>
    <w:p w14:paraId="159388CD" w14:textId="77777777" w:rsidR="0001679B" w:rsidRPr="00067327" w:rsidRDefault="00000000">
      <w:pPr>
        <w:spacing w:before="160" w:after="60"/>
        <w:rPr>
          <w:sz w:val="22"/>
        </w:rPr>
      </w:pPr>
      <w:r w:rsidRPr="00067327">
        <w:rPr>
          <w:b/>
          <w:sz w:val="22"/>
        </w:rPr>
        <w:t>Part II. Learning Support Needs</w:t>
      </w:r>
    </w:p>
    <w:p w14:paraId="57F3E70E" w14:textId="77777777" w:rsidR="0001679B" w:rsidRPr="00067327" w:rsidRDefault="00000000">
      <w:pPr>
        <w:rPr>
          <w:sz w:val="22"/>
        </w:rPr>
      </w:pPr>
      <w:r w:rsidRPr="00067327">
        <w:rPr>
          <w:i/>
          <w:sz w:val="22"/>
        </w:rPr>
        <w:t>The learning areas below reflect the ALS module folders provided for Project PADAYON.</w:t>
      </w:r>
    </w:p>
    <w:p w14:paraId="42F3E1F9" w14:textId="77777777" w:rsidR="0001679B" w:rsidRPr="00067327" w:rsidRDefault="00000000">
      <w:pPr>
        <w:rPr>
          <w:sz w:val="22"/>
        </w:rPr>
      </w:pPr>
      <w:r w:rsidRPr="00067327">
        <w:rPr>
          <w:sz w:val="22"/>
        </w:rPr>
        <w:t>Direction: For each ALS learning area below, indicate how much additional tutorial or learning support you feel you need.</w:t>
      </w:r>
    </w:p>
    <w:p w14:paraId="2130D7CA" w14:textId="77777777" w:rsidR="0001679B" w:rsidRPr="00067327" w:rsidRDefault="00000000">
      <w:pPr>
        <w:rPr>
          <w:sz w:val="22"/>
        </w:rPr>
      </w:pPr>
      <w:r w:rsidRPr="00067327">
        <w:rPr>
          <w:sz w:val="22"/>
        </w:rPr>
        <w:t>4 – A Lot of Help     3 – Some Help     2 – A Little Help     1 – No Additional Help</w:t>
      </w:r>
    </w:p>
    <w:tbl>
      <w:tblPr>
        <w:tblStyle w:val="TableGrid"/>
        <w:tblW w:w="0" w:type="auto"/>
        <w:jc w:val="center"/>
        <w:tblLook w:val="04A0" w:firstRow="1" w:lastRow="0" w:firstColumn="1" w:lastColumn="0" w:noHBand="0" w:noVBand="1"/>
      </w:tblPr>
      <w:tblGrid>
        <w:gridCol w:w="5085"/>
        <w:gridCol w:w="1302"/>
        <w:gridCol w:w="1303"/>
        <w:gridCol w:w="1303"/>
        <w:gridCol w:w="1303"/>
      </w:tblGrid>
      <w:tr w:rsidR="0001679B" w:rsidRPr="00067327" w14:paraId="5A3BFEB2" w14:textId="77777777">
        <w:trPr>
          <w:tblHeader/>
          <w:jc w:val="center"/>
        </w:trPr>
        <w:tc>
          <w:tcPr>
            <w:tcW w:w="7632" w:type="dxa"/>
            <w:shd w:val="clear" w:color="auto" w:fill="D9EAF7"/>
            <w:vAlign w:val="center"/>
          </w:tcPr>
          <w:p w14:paraId="69D31B0D" w14:textId="77777777" w:rsidR="0001679B" w:rsidRPr="00067327" w:rsidRDefault="00000000">
            <w:pPr>
              <w:rPr>
                <w:sz w:val="22"/>
              </w:rPr>
            </w:pPr>
            <w:r w:rsidRPr="00067327">
              <w:rPr>
                <w:sz w:val="22"/>
              </w:rPr>
              <w:t>Learning Area/Skill</w:t>
            </w:r>
          </w:p>
        </w:tc>
        <w:tc>
          <w:tcPr>
            <w:tcW w:w="648" w:type="dxa"/>
            <w:shd w:val="clear" w:color="auto" w:fill="D9EAF7"/>
            <w:vAlign w:val="center"/>
          </w:tcPr>
          <w:p w14:paraId="62C1A42D" w14:textId="77777777" w:rsidR="0001679B" w:rsidRPr="00067327" w:rsidRDefault="00000000" w:rsidP="00067327">
            <w:pPr>
              <w:jc w:val="center"/>
              <w:rPr>
                <w:sz w:val="22"/>
              </w:rPr>
            </w:pPr>
            <w:r w:rsidRPr="00067327">
              <w:rPr>
                <w:sz w:val="22"/>
              </w:rPr>
              <w:t>4</w:t>
            </w:r>
          </w:p>
        </w:tc>
        <w:tc>
          <w:tcPr>
            <w:tcW w:w="648" w:type="dxa"/>
            <w:shd w:val="clear" w:color="auto" w:fill="D9EAF7"/>
            <w:vAlign w:val="center"/>
          </w:tcPr>
          <w:p w14:paraId="39C4461D" w14:textId="77777777" w:rsidR="0001679B" w:rsidRPr="00067327" w:rsidRDefault="00000000" w:rsidP="00067327">
            <w:pPr>
              <w:jc w:val="center"/>
              <w:rPr>
                <w:sz w:val="22"/>
              </w:rPr>
            </w:pPr>
            <w:r w:rsidRPr="00067327">
              <w:rPr>
                <w:sz w:val="22"/>
              </w:rPr>
              <w:t>3</w:t>
            </w:r>
          </w:p>
        </w:tc>
        <w:tc>
          <w:tcPr>
            <w:tcW w:w="648" w:type="dxa"/>
            <w:shd w:val="clear" w:color="auto" w:fill="D9EAF7"/>
            <w:vAlign w:val="center"/>
          </w:tcPr>
          <w:p w14:paraId="39C2925D" w14:textId="77777777" w:rsidR="0001679B" w:rsidRPr="00067327" w:rsidRDefault="00000000" w:rsidP="00067327">
            <w:pPr>
              <w:jc w:val="center"/>
              <w:rPr>
                <w:sz w:val="22"/>
              </w:rPr>
            </w:pPr>
            <w:r w:rsidRPr="00067327">
              <w:rPr>
                <w:sz w:val="22"/>
              </w:rPr>
              <w:t>2</w:t>
            </w:r>
          </w:p>
        </w:tc>
        <w:tc>
          <w:tcPr>
            <w:tcW w:w="648" w:type="dxa"/>
            <w:shd w:val="clear" w:color="auto" w:fill="D9EAF7"/>
            <w:vAlign w:val="center"/>
          </w:tcPr>
          <w:p w14:paraId="7875CCBA" w14:textId="77777777" w:rsidR="0001679B" w:rsidRPr="00067327" w:rsidRDefault="00000000" w:rsidP="00067327">
            <w:pPr>
              <w:jc w:val="center"/>
              <w:rPr>
                <w:sz w:val="22"/>
              </w:rPr>
            </w:pPr>
            <w:r w:rsidRPr="00067327">
              <w:rPr>
                <w:sz w:val="22"/>
              </w:rPr>
              <w:t>1</w:t>
            </w:r>
          </w:p>
        </w:tc>
      </w:tr>
      <w:tr w:rsidR="0001679B" w:rsidRPr="00067327" w14:paraId="7C8D2E7E" w14:textId="77777777">
        <w:trPr>
          <w:jc w:val="center"/>
        </w:trPr>
        <w:tc>
          <w:tcPr>
            <w:tcW w:w="2016" w:type="dxa"/>
          </w:tcPr>
          <w:p w14:paraId="4AA6C78F" w14:textId="77777777" w:rsidR="0001679B" w:rsidRPr="00067327" w:rsidRDefault="00000000">
            <w:pPr>
              <w:rPr>
                <w:sz w:val="22"/>
              </w:rPr>
            </w:pPr>
            <w:r w:rsidRPr="00067327">
              <w:rPr>
                <w:sz w:val="22"/>
              </w:rPr>
              <w:t>1. Digital Citizenship</w:t>
            </w:r>
          </w:p>
        </w:tc>
        <w:tc>
          <w:tcPr>
            <w:tcW w:w="2016" w:type="dxa"/>
          </w:tcPr>
          <w:p w14:paraId="7B428B11" w14:textId="7E71B053" w:rsidR="0001679B" w:rsidRPr="00067327" w:rsidRDefault="0001679B" w:rsidP="00067327">
            <w:pPr>
              <w:jc w:val="center"/>
              <w:rPr>
                <w:sz w:val="22"/>
              </w:rPr>
            </w:pPr>
          </w:p>
        </w:tc>
        <w:tc>
          <w:tcPr>
            <w:tcW w:w="2016" w:type="dxa"/>
          </w:tcPr>
          <w:p w14:paraId="42DE0E60" w14:textId="6E95A898" w:rsidR="0001679B" w:rsidRPr="00067327" w:rsidRDefault="0001679B" w:rsidP="00067327">
            <w:pPr>
              <w:jc w:val="center"/>
              <w:rPr>
                <w:sz w:val="22"/>
              </w:rPr>
            </w:pPr>
          </w:p>
        </w:tc>
        <w:tc>
          <w:tcPr>
            <w:tcW w:w="2016" w:type="dxa"/>
          </w:tcPr>
          <w:p w14:paraId="5BDA54D0" w14:textId="22CB5C03" w:rsidR="0001679B" w:rsidRPr="00067327" w:rsidRDefault="0001679B" w:rsidP="00067327">
            <w:pPr>
              <w:jc w:val="center"/>
              <w:rPr>
                <w:sz w:val="22"/>
              </w:rPr>
            </w:pPr>
          </w:p>
        </w:tc>
        <w:tc>
          <w:tcPr>
            <w:tcW w:w="2016" w:type="dxa"/>
          </w:tcPr>
          <w:p w14:paraId="61F48488" w14:textId="1382FA5C" w:rsidR="0001679B" w:rsidRPr="00067327" w:rsidRDefault="0001679B" w:rsidP="00067327">
            <w:pPr>
              <w:jc w:val="center"/>
              <w:rPr>
                <w:sz w:val="22"/>
              </w:rPr>
            </w:pPr>
          </w:p>
        </w:tc>
      </w:tr>
      <w:tr w:rsidR="0001679B" w:rsidRPr="00067327" w14:paraId="7CEB53DA" w14:textId="77777777">
        <w:trPr>
          <w:jc w:val="center"/>
        </w:trPr>
        <w:tc>
          <w:tcPr>
            <w:tcW w:w="2016" w:type="dxa"/>
          </w:tcPr>
          <w:p w14:paraId="4F3D96DA" w14:textId="77777777" w:rsidR="0001679B" w:rsidRPr="00067327" w:rsidRDefault="00000000">
            <w:pPr>
              <w:rPr>
                <w:sz w:val="22"/>
              </w:rPr>
            </w:pPr>
            <w:r w:rsidRPr="00067327">
              <w:rPr>
                <w:sz w:val="22"/>
              </w:rPr>
              <w:t>2. English</w:t>
            </w:r>
          </w:p>
        </w:tc>
        <w:tc>
          <w:tcPr>
            <w:tcW w:w="2016" w:type="dxa"/>
          </w:tcPr>
          <w:p w14:paraId="08D10570" w14:textId="18BC61A1" w:rsidR="0001679B" w:rsidRPr="00067327" w:rsidRDefault="0001679B" w:rsidP="00067327">
            <w:pPr>
              <w:jc w:val="center"/>
              <w:rPr>
                <w:sz w:val="22"/>
              </w:rPr>
            </w:pPr>
          </w:p>
        </w:tc>
        <w:tc>
          <w:tcPr>
            <w:tcW w:w="2016" w:type="dxa"/>
          </w:tcPr>
          <w:p w14:paraId="55CA3DCD" w14:textId="65C3846E" w:rsidR="0001679B" w:rsidRPr="00067327" w:rsidRDefault="0001679B" w:rsidP="00067327">
            <w:pPr>
              <w:jc w:val="center"/>
              <w:rPr>
                <w:sz w:val="22"/>
              </w:rPr>
            </w:pPr>
          </w:p>
        </w:tc>
        <w:tc>
          <w:tcPr>
            <w:tcW w:w="2016" w:type="dxa"/>
          </w:tcPr>
          <w:p w14:paraId="4AB1D071" w14:textId="3CC17C1F" w:rsidR="0001679B" w:rsidRPr="00067327" w:rsidRDefault="0001679B" w:rsidP="00067327">
            <w:pPr>
              <w:jc w:val="center"/>
              <w:rPr>
                <w:sz w:val="22"/>
              </w:rPr>
            </w:pPr>
          </w:p>
        </w:tc>
        <w:tc>
          <w:tcPr>
            <w:tcW w:w="2016" w:type="dxa"/>
          </w:tcPr>
          <w:p w14:paraId="22965944" w14:textId="6A864993" w:rsidR="0001679B" w:rsidRPr="00067327" w:rsidRDefault="0001679B" w:rsidP="00067327">
            <w:pPr>
              <w:jc w:val="center"/>
              <w:rPr>
                <w:sz w:val="22"/>
              </w:rPr>
            </w:pPr>
          </w:p>
        </w:tc>
      </w:tr>
      <w:tr w:rsidR="0001679B" w:rsidRPr="00067327" w14:paraId="7494EED1" w14:textId="77777777">
        <w:trPr>
          <w:jc w:val="center"/>
        </w:trPr>
        <w:tc>
          <w:tcPr>
            <w:tcW w:w="2016" w:type="dxa"/>
          </w:tcPr>
          <w:p w14:paraId="6AFCBD57" w14:textId="77777777" w:rsidR="0001679B" w:rsidRPr="00067327" w:rsidRDefault="00000000">
            <w:pPr>
              <w:rPr>
                <w:sz w:val="22"/>
              </w:rPr>
            </w:pPr>
            <w:r w:rsidRPr="00067327">
              <w:rPr>
                <w:sz w:val="22"/>
              </w:rPr>
              <w:t>3. Filipino</w:t>
            </w:r>
          </w:p>
        </w:tc>
        <w:tc>
          <w:tcPr>
            <w:tcW w:w="2016" w:type="dxa"/>
          </w:tcPr>
          <w:p w14:paraId="7CF8A910" w14:textId="27A99167" w:rsidR="0001679B" w:rsidRPr="00067327" w:rsidRDefault="0001679B" w:rsidP="00067327">
            <w:pPr>
              <w:jc w:val="center"/>
              <w:rPr>
                <w:sz w:val="22"/>
              </w:rPr>
            </w:pPr>
          </w:p>
        </w:tc>
        <w:tc>
          <w:tcPr>
            <w:tcW w:w="2016" w:type="dxa"/>
          </w:tcPr>
          <w:p w14:paraId="6A7AD1C2" w14:textId="74457515" w:rsidR="0001679B" w:rsidRPr="00067327" w:rsidRDefault="0001679B" w:rsidP="00067327">
            <w:pPr>
              <w:jc w:val="center"/>
              <w:rPr>
                <w:sz w:val="22"/>
              </w:rPr>
            </w:pPr>
          </w:p>
        </w:tc>
        <w:tc>
          <w:tcPr>
            <w:tcW w:w="2016" w:type="dxa"/>
          </w:tcPr>
          <w:p w14:paraId="04CDDE91" w14:textId="50916110" w:rsidR="0001679B" w:rsidRPr="00067327" w:rsidRDefault="0001679B" w:rsidP="00067327">
            <w:pPr>
              <w:jc w:val="center"/>
              <w:rPr>
                <w:sz w:val="22"/>
              </w:rPr>
            </w:pPr>
          </w:p>
        </w:tc>
        <w:tc>
          <w:tcPr>
            <w:tcW w:w="2016" w:type="dxa"/>
          </w:tcPr>
          <w:p w14:paraId="68E0010B" w14:textId="0DFA2606" w:rsidR="0001679B" w:rsidRPr="00067327" w:rsidRDefault="0001679B" w:rsidP="00067327">
            <w:pPr>
              <w:jc w:val="center"/>
              <w:rPr>
                <w:sz w:val="22"/>
              </w:rPr>
            </w:pPr>
          </w:p>
        </w:tc>
      </w:tr>
      <w:tr w:rsidR="0001679B" w:rsidRPr="00067327" w14:paraId="286C9E37" w14:textId="77777777">
        <w:trPr>
          <w:jc w:val="center"/>
        </w:trPr>
        <w:tc>
          <w:tcPr>
            <w:tcW w:w="2016" w:type="dxa"/>
          </w:tcPr>
          <w:p w14:paraId="109AB061" w14:textId="77777777" w:rsidR="0001679B" w:rsidRPr="00067327" w:rsidRDefault="00000000">
            <w:pPr>
              <w:rPr>
                <w:sz w:val="22"/>
              </w:rPr>
            </w:pPr>
            <w:r w:rsidRPr="00067327">
              <w:rPr>
                <w:sz w:val="22"/>
              </w:rPr>
              <w:t>4. Life and Career Skills</w:t>
            </w:r>
          </w:p>
        </w:tc>
        <w:tc>
          <w:tcPr>
            <w:tcW w:w="2016" w:type="dxa"/>
          </w:tcPr>
          <w:p w14:paraId="196D34A9" w14:textId="1CB0EA44" w:rsidR="0001679B" w:rsidRPr="00067327" w:rsidRDefault="0001679B" w:rsidP="00067327">
            <w:pPr>
              <w:jc w:val="center"/>
              <w:rPr>
                <w:sz w:val="22"/>
              </w:rPr>
            </w:pPr>
          </w:p>
        </w:tc>
        <w:tc>
          <w:tcPr>
            <w:tcW w:w="2016" w:type="dxa"/>
          </w:tcPr>
          <w:p w14:paraId="0D89EC72" w14:textId="6367B5A8" w:rsidR="0001679B" w:rsidRPr="00067327" w:rsidRDefault="0001679B" w:rsidP="00067327">
            <w:pPr>
              <w:jc w:val="center"/>
              <w:rPr>
                <w:sz w:val="22"/>
              </w:rPr>
            </w:pPr>
          </w:p>
        </w:tc>
        <w:tc>
          <w:tcPr>
            <w:tcW w:w="2016" w:type="dxa"/>
          </w:tcPr>
          <w:p w14:paraId="7F409BF7" w14:textId="29775E41" w:rsidR="0001679B" w:rsidRPr="00067327" w:rsidRDefault="0001679B" w:rsidP="00067327">
            <w:pPr>
              <w:jc w:val="center"/>
              <w:rPr>
                <w:sz w:val="22"/>
              </w:rPr>
            </w:pPr>
          </w:p>
        </w:tc>
        <w:tc>
          <w:tcPr>
            <w:tcW w:w="2016" w:type="dxa"/>
          </w:tcPr>
          <w:p w14:paraId="6CAC48AA" w14:textId="2F3BF01D" w:rsidR="0001679B" w:rsidRPr="00067327" w:rsidRDefault="0001679B" w:rsidP="00067327">
            <w:pPr>
              <w:jc w:val="center"/>
              <w:rPr>
                <w:sz w:val="22"/>
              </w:rPr>
            </w:pPr>
          </w:p>
        </w:tc>
      </w:tr>
      <w:tr w:rsidR="0001679B" w:rsidRPr="00067327" w14:paraId="4D2D7474" w14:textId="77777777">
        <w:trPr>
          <w:jc w:val="center"/>
        </w:trPr>
        <w:tc>
          <w:tcPr>
            <w:tcW w:w="2016" w:type="dxa"/>
          </w:tcPr>
          <w:p w14:paraId="69FE7294" w14:textId="77777777" w:rsidR="0001679B" w:rsidRPr="00067327" w:rsidRDefault="00000000">
            <w:pPr>
              <w:rPr>
                <w:sz w:val="22"/>
              </w:rPr>
            </w:pPr>
            <w:r w:rsidRPr="00067327">
              <w:rPr>
                <w:sz w:val="22"/>
              </w:rPr>
              <w:t>5. Math</w:t>
            </w:r>
          </w:p>
        </w:tc>
        <w:tc>
          <w:tcPr>
            <w:tcW w:w="2016" w:type="dxa"/>
          </w:tcPr>
          <w:p w14:paraId="617E865C" w14:textId="62D45B20" w:rsidR="0001679B" w:rsidRPr="00067327" w:rsidRDefault="0001679B" w:rsidP="00067327">
            <w:pPr>
              <w:jc w:val="center"/>
              <w:rPr>
                <w:sz w:val="22"/>
              </w:rPr>
            </w:pPr>
          </w:p>
        </w:tc>
        <w:tc>
          <w:tcPr>
            <w:tcW w:w="2016" w:type="dxa"/>
          </w:tcPr>
          <w:p w14:paraId="4DF55528" w14:textId="1C682807" w:rsidR="0001679B" w:rsidRPr="00067327" w:rsidRDefault="0001679B" w:rsidP="00067327">
            <w:pPr>
              <w:jc w:val="center"/>
              <w:rPr>
                <w:sz w:val="22"/>
              </w:rPr>
            </w:pPr>
          </w:p>
        </w:tc>
        <w:tc>
          <w:tcPr>
            <w:tcW w:w="2016" w:type="dxa"/>
          </w:tcPr>
          <w:p w14:paraId="57D0C249" w14:textId="12D1F9C8" w:rsidR="0001679B" w:rsidRPr="00067327" w:rsidRDefault="0001679B" w:rsidP="00067327">
            <w:pPr>
              <w:jc w:val="center"/>
              <w:rPr>
                <w:sz w:val="22"/>
              </w:rPr>
            </w:pPr>
          </w:p>
        </w:tc>
        <w:tc>
          <w:tcPr>
            <w:tcW w:w="2016" w:type="dxa"/>
          </w:tcPr>
          <w:p w14:paraId="7EBA53CA" w14:textId="4A17EC53" w:rsidR="0001679B" w:rsidRPr="00067327" w:rsidRDefault="0001679B" w:rsidP="00067327">
            <w:pPr>
              <w:jc w:val="center"/>
              <w:rPr>
                <w:sz w:val="22"/>
              </w:rPr>
            </w:pPr>
          </w:p>
        </w:tc>
      </w:tr>
      <w:tr w:rsidR="0001679B" w:rsidRPr="00067327" w14:paraId="0AED531E" w14:textId="77777777">
        <w:trPr>
          <w:jc w:val="center"/>
        </w:trPr>
        <w:tc>
          <w:tcPr>
            <w:tcW w:w="2016" w:type="dxa"/>
          </w:tcPr>
          <w:p w14:paraId="63D95A95" w14:textId="77777777" w:rsidR="0001679B" w:rsidRPr="00067327" w:rsidRDefault="00000000">
            <w:pPr>
              <w:rPr>
                <w:sz w:val="22"/>
              </w:rPr>
            </w:pPr>
            <w:r w:rsidRPr="00067327">
              <w:rPr>
                <w:sz w:val="22"/>
              </w:rPr>
              <w:t>6. Science</w:t>
            </w:r>
          </w:p>
        </w:tc>
        <w:tc>
          <w:tcPr>
            <w:tcW w:w="2016" w:type="dxa"/>
          </w:tcPr>
          <w:p w14:paraId="2474FB2B" w14:textId="4DF3A4E0" w:rsidR="0001679B" w:rsidRPr="00067327" w:rsidRDefault="0001679B" w:rsidP="00067327">
            <w:pPr>
              <w:jc w:val="center"/>
              <w:rPr>
                <w:sz w:val="22"/>
              </w:rPr>
            </w:pPr>
          </w:p>
        </w:tc>
        <w:tc>
          <w:tcPr>
            <w:tcW w:w="2016" w:type="dxa"/>
          </w:tcPr>
          <w:p w14:paraId="36D46FD2" w14:textId="7DB96F66" w:rsidR="0001679B" w:rsidRPr="00067327" w:rsidRDefault="0001679B" w:rsidP="00067327">
            <w:pPr>
              <w:jc w:val="center"/>
              <w:rPr>
                <w:sz w:val="22"/>
              </w:rPr>
            </w:pPr>
          </w:p>
        </w:tc>
        <w:tc>
          <w:tcPr>
            <w:tcW w:w="2016" w:type="dxa"/>
          </w:tcPr>
          <w:p w14:paraId="0ED2A4E8" w14:textId="548B43EB" w:rsidR="0001679B" w:rsidRPr="00067327" w:rsidRDefault="0001679B" w:rsidP="00067327">
            <w:pPr>
              <w:jc w:val="center"/>
              <w:rPr>
                <w:sz w:val="22"/>
              </w:rPr>
            </w:pPr>
          </w:p>
        </w:tc>
        <w:tc>
          <w:tcPr>
            <w:tcW w:w="2016" w:type="dxa"/>
          </w:tcPr>
          <w:p w14:paraId="420D150C" w14:textId="07B8B884" w:rsidR="0001679B" w:rsidRPr="00067327" w:rsidRDefault="0001679B" w:rsidP="00067327">
            <w:pPr>
              <w:jc w:val="center"/>
              <w:rPr>
                <w:sz w:val="22"/>
              </w:rPr>
            </w:pPr>
          </w:p>
        </w:tc>
      </w:tr>
      <w:tr w:rsidR="0001679B" w:rsidRPr="00067327" w14:paraId="1A3AC4CA" w14:textId="77777777">
        <w:trPr>
          <w:jc w:val="center"/>
        </w:trPr>
        <w:tc>
          <w:tcPr>
            <w:tcW w:w="2016" w:type="dxa"/>
          </w:tcPr>
          <w:p w14:paraId="4D9A4CA3" w14:textId="77777777" w:rsidR="0001679B" w:rsidRPr="00067327" w:rsidRDefault="00000000">
            <w:pPr>
              <w:rPr>
                <w:sz w:val="22"/>
              </w:rPr>
            </w:pPr>
            <w:r w:rsidRPr="00067327">
              <w:rPr>
                <w:sz w:val="22"/>
              </w:rPr>
              <w:t>7. Understanding the Life and Society</w:t>
            </w:r>
          </w:p>
        </w:tc>
        <w:tc>
          <w:tcPr>
            <w:tcW w:w="2016" w:type="dxa"/>
          </w:tcPr>
          <w:p w14:paraId="337ADF89" w14:textId="1B962E05" w:rsidR="0001679B" w:rsidRPr="00067327" w:rsidRDefault="0001679B" w:rsidP="00067327">
            <w:pPr>
              <w:jc w:val="center"/>
              <w:rPr>
                <w:sz w:val="22"/>
              </w:rPr>
            </w:pPr>
          </w:p>
        </w:tc>
        <w:tc>
          <w:tcPr>
            <w:tcW w:w="2016" w:type="dxa"/>
          </w:tcPr>
          <w:p w14:paraId="0BDE47D7" w14:textId="0BB0E036" w:rsidR="0001679B" w:rsidRPr="00067327" w:rsidRDefault="0001679B" w:rsidP="00067327">
            <w:pPr>
              <w:jc w:val="center"/>
              <w:rPr>
                <w:sz w:val="22"/>
              </w:rPr>
            </w:pPr>
          </w:p>
        </w:tc>
        <w:tc>
          <w:tcPr>
            <w:tcW w:w="2016" w:type="dxa"/>
          </w:tcPr>
          <w:p w14:paraId="6976B801" w14:textId="4D56881F" w:rsidR="0001679B" w:rsidRPr="00067327" w:rsidRDefault="0001679B" w:rsidP="00067327">
            <w:pPr>
              <w:jc w:val="center"/>
              <w:rPr>
                <w:sz w:val="22"/>
              </w:rPr>
            </w:pPr>
          </w:p>
        </w:tc>
        <w:tc>
          <w:tcPr>
            <w:tcW w:w="2016" w:type="dxa"/>
          </w:tcPr>
          <w:p w14:paraId="0A7DE159" w14:textId="1708F2C7" w:rsidR="0001679B" w:rsidRPr="00067327" w:rsidRDefault="0001679B" w:rsidP="00067327">
            <w:pPr>
              <w:jc w:val="center"/>
              <w:rPr>
                <w:sz w:val="22"/>
              </w:rPr>
            </w:pPr>
          </w:p>
        </w:tc>
      </w:tr>
    </w:tbl>
    <w:p w14:paraId="10387AF3" w14:textId="77777777" w:rsidR="00067327" w:rsidRDefault="00067327" w:rsidP="00067327">
      <w:pPr>
        <w:spacing w:after="0" w:line="240" w:lineRule="auto"/>
        <w:rPr>
          <w:sz w:val="22"/>
        </w:rPr>
      </w:pPr>
    </w:p>
    <w:p w14:paraId="5B9C285D" w14:textId="3024D628" w:rsidR="0001679B" w:rsidRPr="00067327" w:rsidRDefault="00000000">
      <w:pPr>
        <w:rPr>
          <w:sz w:val="22"/>
        </w:rPr>
      </w:pPr>
      <w:r w:rsidRPr="00067327">
        <w:rPr>
          <w:sz w:val="22"/>
        </w:rPr>
        <w:t>8. Among the learning areas above, which THREE do you need the most additional support in?</w:t>
      </w:r>
    </w:p>
    <w:p w14:paraId="10C54D5B" w14:textId="77777777" w:rsidR="0001679B" w:rsidRPr="00067327" w:rsidRDefault="00000000" w:rsidP="00067327">
      <w:pPr>
        <w:ind w:left="810"/>
        <w:rPr>
          <w:sz w:val="22"/>
        </w:rPr>
      </w:pPr>
      <w:r w:rsidRPr="00067327">
        <w:rPr>
          <w:sz w:val="22"/>
        </w:rPr>
        <w:t>1. ______________________________________________</w:t>
      </w:r>
    </w:p>
    <w:p w14:paraId="7C35602A" w14:textId="77777777" w:rsidR="0001679B" w:rsidRPr="00067327" w:rsidRDefault="00000000" w:rsidP="00067327">
      <w:pPr>
        <w:ind w:left="810"/>
        <w:rPr>
          <w:sz w:val="22"/>
        </w:rPr>
      </w:pPr>
      <w:r w:rsidRPr="00067327">
        <w:rPr>
          <w:sz w:val="22"/>
        </w:rPr>
        <w:t>2. ______________________________________________</w:t>
      </w:r>
    </w:p>
    <w:p w14:paraId="26B72FBC" w14:textId="77777777" w:rsidR="0001679B" w:rsidRPr="00067327" w:rsidRDefault="00000000" w:rsidP="00067327">
      <w:pPr>
        <w:ind w:left="810"/>
        <w:rPr>
          <w:sz w:val="22"/>
        </w:rPr>
      </w:pPr>
      <w:r w:rsidRPr="00067327">
        <w:rPr>
          <w:sz w:val="22"/>
        </w:rPr>
        <w:t>3. ______________________________________________</w:t>
      </w:r>
    </w:p>
    <w:p w14:paraId="5CAEF82B" w14:textId="77777777" w:rsidR="0001679B" w:rsidRPr="00067327" w:rsidRDefault="00000000">
      <w:pPr>
        <w:rPr>
          <w:bCs/>
          <w:sz w:val="22"/>
        </w:rPr>
      </w:pPr>
      <w:r w:rsidRPr="00067327">
        <w:rPr>
          <w:bCs/>
          <w:sz w:val="22"/>
        </w:rPr>
        <w:t xml:space="preserve">9. For the learning areas you selected, what </w:t>
      </w:r>
      <w:proofErr w:type="gramStart"/>
      <w:r w:rsidRPr="00067327">
        <w:rPr>
          <w:bCs/>
          <w:sz w:val="22"/>
        </w:rPr>
        <w:t>particular lessons</w:t>
      </w:r>
      <w:proofErr w:type="gramEnd"/>
      <w:r w:rsidRPr="00067327">
        <w:rPr>
          <w:bCs/>
          <w:sz w:val="22"/>
        </w:rPr>
        <w:t>, topics, or activities do you find difficult?</w:t>
      </w:r>
    </w:p>
    <w:p w14:paraId="47F52076" w14:textId="76AA5A2C" w:rsidR="0001679B" w:rsidRDefault="00000000">
      <w:pPr>
        <w:rPr>
          <w:sz w:val="22"/>
        </w:rPr>
      </w:pPr>
      <w:r w:rsidRPr="00067327">
        <w:rPr>
          <w:sz w:val="22"/>
        </w:rPr>
        <w:t>___________________________________________________________________________________________________________________________________________________________________________________________</w:t>
      </w:r>
      <w:r w:rsidR="00067327" w:rsidRPr="00067327">
        <w:rPr>
          <w:sz w:val="22"/>
        </w:rPr>
        <w:t>___________________________________________________________________________________</w:t>
      </w:r>
      <w:r w:rsidR="00067327">
        <w:rPr>
          <w:sz w:val="22"/>
        </w:rPr>
        <w:t>______________________________________________________________________________________________________________________________________________________________________________________________________________________________</w:t>
      </w:r>
    </w:p>
    <w:p w14:paraId="077FC0DE" w14:textId="77777777" w:rsidR="00067327" w:rsidRPr="00067327" w:rsidRDefault="00067327">
      <w:pPr>
        <w:rPr>
          <w:sz w:val="22"/>
        </w:rPr>
      </w:pPr>
    </w:p>
    <w:p w14:paraId="450F3427" w14:textId="77777777" w:rsidR="00067327" w:rsidRDefault="00067327">
      <w:pPr>
        <w:spacing w:before="160" w:after="60"/>
        <w:rPr>
          <w:b/>
          <w:sz w:val="22"/>
        </w:rPr>
      </w:pPr>
    </w:p>
    <w:p w14:paraId="74B7667C" w14:textId="77777777" w:rsidR="00067327" w:rsidRDefault="00067327">
      <w:pPr>
        <w:spacing w:before="160" w:after="60"/>
        <w:rPr>
          <w:b/>
          <w:sz w:val="22"/>
        </w:rPr>
      </w:pPr>
    </w:p>
    <w:p w14:paraId="21EB3812" w14:textId="73509029" w:rsidR="0001679B" w:rsidRPr="00067327" w:rsidRDefault="00000000">
      <w:pPr>
        <w:spacing w:before="160" w:after="60"/>
        <w:rPr>
          <w:sz w:val="22"/>
        </w:rPr>
      </w:pPr>
      <w:r w:rsidRPr="00067327">
        <w:rPr>
          <w:b/>
          <w:sz w:val="22"/>
        </w:rPr>
        <w:t>Part III. Experiences and Challenges in Learning</w:t>
      </w:r>
    </w:p>
    <w:p w14:paraId="57D2BEEA" w14:textId="77777777" w:rsidR="0001679B" w:rsidRPr="00067327" w:rsidRDefault="00000000">
      <w:pPr>
        <w:rPr>
          <w:sz w:val="22"/>
        </w:rPr>
      </w:pPr>
      <w:r w:rsidRPr="00067327">
        <w:rPr>
          <w:sz w:val="22"/>
        </w:rPr>
        <w:t>Direction: Indicate how often each situation affects your learning.</w:t>
      </w:r>
    </w:p>
    <w:p w14:paraId="4AF2EF93" w14:textId="77777777" w:rsidR="0001679B" w:rsidRPr="00067327" w:rsidRDefault="00000000">
      <w:pPr>
        <w:rPr>
          <w:sz w:val="22"/>
        </w:rPr>
      </w:pPr>
      <w:r w:rsidRPr="00067327">
        <w:rPr>
          <w:sz w:val="22"/>
        </w:rPr>
        <w:t>4 – Always     3 – Often     2 – Sometimes     1 – Never</w:t>
      </w:r>
    </w:p>
    <w:tbl>
      <w:tblPr>
        <w:tblStyle w:val="TableGrid"/>
        <w:tblW w:w="0" w:type="auto"/>
        <w:jc w:val="center"/>
        <w:tblLook w:val="04A0" w:firstRow="1" w:lastRow="0" w:firstColumn="1" w:lastColumn="0" w:noHBand="0" w:noVBand="1"/>
      </w:tblPr>
      <w:tblGrid>
        <w:gridCol w:w="5318"/>
        <w:gridCol w:w="908"/>
        <w:gridCol w:w="885"/>
        <w:gridCol w:w="868"/>
        <w:gridCol w:w="959"/>
      </w:tblGrid>
      <w:tr w:rsidR="0001679B" w:rsidRPr="00067327" w14:paraId="41991AE3" w14:textId="77777777" w:rsidTr="00067327">
        <w:trPr>
          <w:tblHeader/>
          <w:jc w:val="center"/>
        </w:trPr>
        <w:tc>
          <w:tcPr>
            <w:tcW w:w="5318" w:type="dxa"/>
            <w:shd w:val="clear" w:color="auto" w:fill="D9EAF7"/>
          </w:tcPr>
          <w:p w14:paraId="64DDA8B3" w14:textId="77777777" w:rsidR="0001679B" w:rsidRPr="00067327" w:rsidRDefault="00000000">
            <w:pPr>
              <w:rPr>
                <w:sz w:val="22"/>
              </w:rPr>
            </w:pPr>
            <w:r w:rsidRPr="00067327">
              <w:rPr>
                <w:sz w:val="22"/>
              </w:rPr>
              <w:t>Statement</w:t>
            </w:r>
          </w:p>
        </w:tc>
        <w:tc>
          <w:tcPr>
            <w:tcW w:w="908" w:type="dxa"/>
            <w:shd w:val="clear" w:color="auto" w:fill="D9EAF7"/>
          </w:tcPr>
          <w:p w14:paraId="269DD41D" w14:textId="77777777" w:rsidR="0001679B" w:rsidRPr="00067327" w:rsidRDefault="00000000" w:rsidP="00067327">
            <w:pPr>
              <w:jc w:val="center"/>
              <w:rPr>
                <w:sz w:val="22"/>
              </w:rPr>
            </w:pPr>
            <w:r w:rsidRPr="00067327">
              <w:rPr>
                <w:sz w:val="22"/>
              </w:rPr>
              <w:t>4</w:t>
            </w:r>
          </w:p>
        </w:tc>
        <w:tc>
          <w:tcPr>
            <w:tcW w:w="885" w:type="dxa"/>
            <w:shd w:val="clear" w:color="auto" w:fill="D9EAF7"/>
          </w:tcPr>
          <w:p w14:paraId="0FDF2465" w14:textId="77777777" w:rsidR="0001679B" w:rsidRPr="00067327" w:rsidRDefault="00000000" w:rsidP="00067327">
            <w:pPr>
              <w:jc w:val="center"/>
              <w:rPr>
                <w:sz w:val="22"/>
              </w:rPr>
            </w:pPr>
            <w:r w:rsidRPr="00067327">
              <w:rPr>
                <w:sz w:val="22"/>
              </w:rPr>
              <w:t>3</w:t>
            </w:r>
          </w:p>
        </w:tc>
        <w:tc>
          <w:tcPr>
            <w:tcW w:w="868" w:type="dxa"/>
            <w:shd w:val="clear" w:color="auto" w:fill="D9EAF7"/>
          </w:tcPr>
          <w:p w14:paraId="7E83F195" w14:textId="77777777" w:rsidR="0001679B" w:rsidRPr="00067327" w:rsidRDefault="00000000" w:rsidP="00067327">
            <w:pPr>
              <w:jc w:val="center"/>
              <w:rPr>
                <w:sz w:val="22"/>
              </w:rPr>
            </w:pPr>
            <w:r w:rsidRPr="00067327">
              <w:rPr>
                <w:sz w:val="22"/>
              </w:rPr>
              <w:t>2</w:t>
            </w:r>
          </w:p>
        </w:tc>
        <w:tc>
          <w:tcPr>
            <w:tcW w:w="959" w:type="dxa"/>
            <w:shd w:val="clear" w:color="auto" w:fill="D9EAF7"/>
          </w:tcPr>
          <w:p w14:paraId="26D7D87E" w14:textId="77777777" w:rsidR="0001679B" w:rsidRPr="00067327" w:rsidRDefault="00000000" w:rsidP="00067327">
            <w:pPr>
              <w:jc w:val="center"/>
              <w:rPr>
                <w:sz w:val="22"/>
              </w:rPr>
            </w:pPr>
            <w:r w:rsidRPr="00067327">
              <w:rPr>
                <w:sz w:val="22"/>
              </w:rPr>
              <w:t>1</w:t>
            </w:r>
          </w:p>
        </w:tc>
      </w:tr>
      <w:tr w:rsidR="0001679B" w:rsidRPr="00067327" w14:paraId="518CCF7A" w14:textId="77777777" w:rsidTr="00067327">
        <w:trPr>
          <w:jc w:val="center"/>
        </w:trPr>
        <w:tc>
          <w:tcPr>
            <w:tcW w:w="5318" w:type="dxa"/>
          </w:tcPr>
          <w:p w14:paraId="29A94A63" w14:textId="77777777" w:rsidR="0001679B" w:rsidRPr="00067327" w:rsidRDefault="00000000" w:rsidP="00067327">
            <w:pPr>
              <w:rPr>
                <w:sz w:val="22"/>
              </w:rPr>
            </w:pPr>
            <w:r w:rsidRPr="00067327">
              <w:rPr>
                <w:sz w:val="22"/>
              </w:rPr>
              <w:t>1. I find some lessons in my ALS modules difficult to understand on my own.</w:t>
            </w:r>
          </w:p>
        </w:tc>
        <w:tc>
          <w:tcPr>
            <w:tcW w:w="908" w:type="dxa"/>
          </w:tcPr>
          <w:p w14:paraId="5E977C39" w14:textId="622783E6" w:rsidR="0001679B" w:rsidRPr="00067327" w:rsidRDefault="0001679B" w:rsidP="00067327">
            <w:pPr>
              <w:rPr>
                <w:sz w:val="22"/>
              </w:rPr>
            </w:pPr>
          </w:p>
        </w:tc>
        <w:tc>
          <w:tcPr>
            <w:tcW w:w="885" w:type="dxa"/>
          </w:tcPr>
          <w:p w14:paraId="748582C0" w14:textId="20FBF43C" w:rsidR="0001679B" w:rsidRPr="00067327" w:rsidRDefault="0001679B" w:rsidP="00067327">
            <w:pPr>
              <w:rPr>
                <w:sz w:val="22"/>
              </w:rPr>
            </w:pPr>
          </w:p>
        </w:tc>
        <w:tc>
          <w:tcPr>
            <w:tcW w:w="868" w:type="dxa"/>
          </w:tcPr>
          <w:p w14:paraId="40F5FD1B" w14:textId="7CD567ED" w:rsidR="0001679B" w:rsidRPr="00067327" w:rsidRDefault="0001679B" w:rsidP="00067327">
            <w:pPr>
              <w:rPr>
                <w:sz w:val="22"/>
              </w:rPr>
            </w:pPr>
          </w:p>
        </w:tc>
        <w:tc>
          <w:tcPr>
            <w:tcW w:w="959" w:type="dxa"/>
          </w:tcPr>
          <w:p w14:paraId="37FBCA4D" w14:textId="2200EFE7" w:rsidR="0001679B" w:rsidRPr="00067327" w:rsidRDefault="0001679B" w:rsidP="00067327">
            <w:pPr>
              <w:rPr>
                <w:sz w:val="22"/>
              </w:rPr>
            </w:pPr>
          </w:p>
        </w:tc>
      </w:tr>
      <w:tr w:rsidR="0001679B" w:rsidRPr="00067327" w14:paraId="1142A5C8" w14:textId="77777777" w:rsidTr="00067327">
        <w:trPr>
          <w:jc w:val="center"/>
        </w:trPr>
        <w:tc>
          <w:tcPr>
            <w:tcW w:w="5318" w:type="dxa"/>
          </w:tcPr>
          <w:p w14:paraId="22005D8E" w14:textId="77777777" w:rsidR="0001679B" w:rsidRPr="00067327" w:rsidRDefault="00000000" w:rsidP="00067327">
            <w:pPr>
              <w:rPr>
                <w:sz w:val="22"/>
              </w:rPr>
            </w:pPr>
            <w:r w:rsidRPr="00067327">
              <w:rPr>
                <w:sz w:val="22"/>
              </w:rPr>
              <w:t>2. I need someone to explain difficult lessons to me.</w:t>
            </w:r>
          </w:p>
        </w:tc>
        <w:tc>
          <w:tcPr>
            <w:tcW w:w="908" w:type="dxa"/>
          </w:tcPr>
          <w:p w14:paraId="0311C916" w14:textId="19002DB0" w:rsidR="0001679B" w:rsidRPr="00067327" w:rsidRDefault="0001679B" w:rsidP="00067327">
            <w:pPr>
              <w:rPr>
                <w:sz w:val="22"/>
              </w:rPr>
            </w:pPr>
          </w:p>
        </w:tc>
        <w:tc>
          <w:tcPr>
            <w:tcW w:w="885" w:type="dxa"/>
          </w:tcPr>
          <w:p w14:paraId="5C5C02D1" w14:textId="36E57854" w:rsidR="0001679B" w:rsidRPr="00067327" w:rsidRDefault="0001679B" w:rsidP="00067327">
            <w:pPr>
              <w:rPr>
                <w:sz w:val="22"/>
              </w:rPr>
            </w:pPr>
          </w:p>
        </w:tc>
        <w:tc>
          <w:tcPr>
            <w:tcW w:w="868" w:type="dxa"/>
          </w:tcPr>
          <w:p w14:paraId="50E5041D" w14:textId="1C45FB9F" w:rsidR="0001679B" w:rsidRPr="00067327" w:rsidRDefault="0001679B" w:rsidP="00067327">
            <w:pPr>
              <w:rPr>
                <w:sz w:val="22"/>
              </w:rPr>
            </w:pPr>
          </w:p>
        </w:tc>
        <w:tc>
          <w:tcPr>
            <w:tcW w:w="959" w:type="dxa"/>
          </w:tcPr>
          <w:p w14:paraId="7CDBA47F" w14:textId="43D2B2B7" w:rsidR="0001679B" w:rsidRPr="00067327" w:rsidRDefault="0001679B" w:rsidP="00067327">
            <w:pPr>
              <w:rPr>
                <w:sz w:val="22"/>
              </w:rPr>
            </w:pPr>
          </w:p>
        </w:tc>
      </w:tr>
      <w:tr w:rsidR="0001679B" w:rsidRPr="00067327" w14:paraId="642AD31C" w14:textId="77777777" w:rsidTr="00067327">
        <w:trPr>
          <w:jc w:val="center"/>
        </w:trPr>
        <w:tc>
          <w:tcPr>
            <w:tcW w:w="5318" w:type="dxa"/>
          </w:tcPr>
          <w:p w14:paraId="44DEB70F" w14:textId="77777777" w:rsidR="0001679B" w:rsidRPr="00067327" w:rsidRDefault="00000000" w:rsidP="00067327">
            <w:pPr>
              <w:rPr>
                <w:sz w:val="22"/>
              </w:rPr>
            </w:pPr>
            <w:r w:rsidRPr="00067327">
              <w:rPr>
                <w:sz w:val="22"/>
              </w:rPr>
              <w:t>3. I need more examples and practice activities to understand some lessons.</w:t>
            </w:r>
          </w:p>
        </w:tc>
        <w:tc>
          <w:tcPr>
            <w:tcW w:w="908" w:type="dxa"/>
          </w:tcPr>
          <w:p w14:paraId="2F218647" w14:textId="5AE48EB9" w:rsidR="0001679B" w:rsidRPr="00067327" w:rsidRDefault="0001679B" w:rsidP="00067327">
            <w:pPr>
              <w:rPr>
                <w:sz w:val="22"/>
              </w:rPr>
            </w:pPr>
          </w:p>
        </w:tc>
        <w:tc>
          <w:tcPr>
            <w:tcW w:w="885" w:type="dxa"/>
          </w:tcPr>
          <w:p w14:paraId="342924BD" w14:textId="5775BD1B" w:rsidR="0001679B" w:rsidRPr="00067327" w:rsidRDefault="0001679B" w:rsidP="00067327">
            <w:pPr>
              <w:rPr>
                <w:sz w:val="22"/>
              </w:rPr>
            </w:pPr>
          </w:p>
        </w:tc>
        <w:tc>
          <w:tcPr>
            <w:tcW w:w="868" w:type="dxa"/>
          </w:tcPr>
          <w:p w14:paraId="2973436C" w14:textId="435CBAC4" w:rsidR="0001679B" w:rsidRPr="00067327" w:rsidRDefault="0001679B" w:rsidP="00067327">
            <w:pPr>
              <w:rPr>
                <w:sz w:val="22"/>
              </w:rPr>
            </w:pPr>
          </w:p>
        </w:tc>
        <w:tc>
          <w:tcPr>
            <w:tcW w:w="959" w:type="dxa"/>
          </w:tcPr>
          <w:p w14:paraId="45EE5B21" w14:textId="7D4E63EF" w:rsidR="0001679B" w:rsidRPr="00067327" w:rsidRDefault="0001679B" w:rsidP="00067327">
            <w:pPr>
              <w:rPr>
                <w:sz w:val="22"/>
              </w:rPr>
            </w:pPr>
          </w:p>
        </w:tc>
      </w:tr>
      <w:tr w:rsidR="0001679B" w:rsidRPr="00067327" w14:paraId="6099570A" w14:textId="77777777" w:rsidTr="00067327">
        <w:trPr>
          <w:jc w:val="center"/>
        </w:trPr>
        <w:tc>
          <w:tcPr>
            <w:tcW w:w="5318" w:type="dxa"/>
          </w:tcPr>
          <w:p w14:paraId="59F1B602" w14:textId="77777777" w:rsidR="0001679B" w:rsidRPr="00067327" w:rsidRDefault="00000000" w:rsidP="00067327">
            <w:pPr>
              <w:rPr>
                <w:sz w:val="22"/>
              </w:rPr>
            </w:pPr>
            <w:r w:rsidRPr="00067327">
              <w:rPr>
                <w:sz w:val="22"/>
              </w:rPr>
              <w:t>4. I find it difficult to study regularly because of work or household responsibilities.</w:t>
            </w:r>
          </w:p>
        </w:tc>
        <w:tc>
          <w:tcPr>
            <w:tcW w:w="908" w:type="dxa"/>
          </w:tcPr>
          <w:p w14:paraId="28E04697" w14:textId="08B26598" w:rsidR="0001679B" w:rsidRPr="00067327" w:rsidRDefault="0001679B" w:rsidP="00067327">
            <w:pPr>
              <w:rPr>
                <w:sz w:val="22"/>
              </w:rPr>
            </w:pPr>
          </w:p>
        </w:tc>
        <w:tc>
          <w:tcPr>
            <w:tcW w:w="885" w:type="dxa"/>
          </w:tcPr>
          <w:p w14:paraId="3F00DCDB" w14:textId="0A34050C" w:rsidR="0001679B" w:rsidRPr="00067327" w:rsidRDefault="0001679B" w:rsidP="00067327">
            <w:pPr>
              <w:rPr>
                <w:sz w:val="22"/>
              </w:rPr>
            </w:pPr>
          </w:p>
        </w:tc>
        <w:tc>
          <w:tcPr>
            <w:tcW w:w="868" w:type="dxa"/>
          </w:tcPr>
          <w:p w14:paraId="1F259AC6" w14:textId="0AB9851B" w:rsidR="0001679B" w:rsidRPr="00067327" w:rsidRDefault="0001679B" w:rsidP="00067327">
            <w:pPr>
              <w:rPr>
                <w:sz w:val="22"/>
              </w:rPr>
            </w:pPr>
          </w:p>
        </w:tc>
        <w:tc>
          <w:tcPr>
            <w:tcW w:w="959" w:type="dxa"/>
          </w:tcPr>
          <w:p w14:paraId="00AF4FE9" w14:textId="0D4427DA" w:rsidR="0001679B" w:rsidRPr="00067327" w:rsidRDefault="0001679B" w:rsidP="00067327">
            <w:pPr>
              <w:rPr>
                <w:sz w:val="22"/>
              </w:rPr>
            </w:pPr>
          </w:p>
        </w:tc>
      </w:tr>
      <w:tr w:rsidR="0001679B" w:rsidRPr="00067327" w14:paraId="7AA47822" w14:textId="77777777" w:rsidTr="00067327">
        <w:trPr>
          <w:jc w:val="center"/>
        </w:trPr>
        <w:tc>
          <w:tcPr>
            <w:tcW w:w="5318" w:type="dxa"/>
          </w:tcPr>
          <w:p w14:paraId="75ACF9B7" w14:textId="77777777" w:rsidR="0001679B" w:rsidRPr="00067327" w:rsidRDefault="00000000" w:rsidP="00067327">
            <w:pPr>
              <w:rPr>
                <w:sz w:val="22"/>
              </w:rPr>
            </w:pPr>
            <w:r w:rsidRPr="00067327">
              <w:rPr>
                <w:sz w:val="22"/>
              </w:rPr>
              <w:t>5. Transportation or distance makes it difficult for me to attend learning activities.</w:t>
            </w:r>
          </w:p>
        </w:tc>
        <w:tc>
          <w:tcPr>
            <w:tcW w:w="908" w:type="dxa"/>
          </w:tcPr>
          <w:p w14:paraId="07F4DA0B" w14:textId="3A37709F" w:rsidR="0001679B" w:rsidRPr="00067327" w:rsidRDefault="0001679B" w:rsidP="00067327">
            <w:pPr>
              <w:rPr>
                <w:sz w:val="22"/>
              </w:rPr>
            </w:pPr>
          </w:p>
        </w:tc>
        <w:tc>
          <w:tcPr>
            <w:tcW w:w="885" w:type="dxa"/>
          </w:tcPr>
          <w:p w14:paraId="575D9583" w14:textId="0AC4C7F3" w:rsidR="0001679B" w:rsidRPr="00067327" w:rsidRDefault="0001679B" w:rsidP="00067327">
            <w:pPr>
              <w:rPr>
                <w:sz w:val="22"/>
              </w:rPr>
            </w:pPr>
          </w:p>
        </w:tc>
        <w:tc>
          <w:tcPr>
            <w:tcW w:w="868" w:type="dxa"/>
          </w:tcPr>
          <w:p w14:paraId="3C3DA14D" w14:textId="1F5E969D" w:rsidR="0001679B" w:rsidRPr="00067327" w:rsidRDefault="0001679B" w:rsidP="00067327">
            <w:pPr>
              <w:rPr>
                <w:sz w:val="22"/>
              </w:rPr>
            </w:pPr>
          </w:p>
        </w:tc>
        <w:tc>
          <w:tcPr>
            <w:tcW w:w="959" w:type="dxa"/>
          </w:tcPr>
          <w:p w14:paraId="2361D13B" w14:textId="3EF02F97" w:rsidR="0001679B" w:rsidRPr="00067327" w:rsidRDefault="0001679B" w:rsidP="00067327">
            <w:pPr>
              <w:rPr>
                <w:sz w:val="22"/>
              </w:rPr>
            </w:pPr>
          </w:p>
        </w:tc>
      </w:tr>
      <w:tr w:rsidR="0001679B" w:rsidRPr="00067327" w14:paraId="373C25D5" w14:textId="77777777" w:rsidTr="00067327">
        <w:trPr>
          <w:jc w:val="center"/>
        </w:trPr>
        <w:tc>
          <w:tcPr>
            <w:tcW w:w="5318" w:type="dxa"/>
          </w:tcPr>
          <w:p w14:paraId="12A196EE" w14:textId="77777777" w:rsidR="0001679B" w:rsidRPr="00067327" w:rsidRDefault="00000000" w:rsidP="00067327">
            <w:pPr>
              <w:rPr>
                <w:sz w:val="22"/>
              </w:rPr>
            </w:pPr>
            <w:r w:rsidRPr="00067327">
              <w:rPr>
                <w:sz w:val="22"/>
              </w:rPr>
              <w:t>6. The cost of transportation affects my ability to attend learning activities.</w:t>
            </w:r>
          </w:p>
        </w:tc>
        <w:tc>
          <w:tcPr>
            <w:tcW w:w="908" w:type="dxa"/>
          </w:tcPr>
          <w:p w14:paraId="5C27F590" w14:textId="3B4ED102" w:rsidR="0001679B" w:rsidRPr="00067327" w:rsidRDefault="0001679B" w:rsidP="00067327">
            <w:pPr>
              <w:rPr>
                <w:sz w:val="22"/>
              </w:rPr>
            </w:pPr>
          </w:p>
        </w:tc>
        <w:tc>
          <w:tcPr>
            <w:tcW w:w="885" w:type="dxa"/>
          </w:tcPr>
          <w:p w14:paraId="04046BA2" w14:textId="0078F4AA" w:rsidR="0001679B" w:rsidRPr="00067327" w:rsidRDefault="0001679B" w:rsidP="00067327">
            <w:pPr>
              <w:rPr>
                <w:sz w:val="22"/>
              </w:rPr>
            </w:pPr>
          </w:p>
        </w:tc>
        <w:tc>
          <w:tcPr>
            <w:tcW w:w="868" w:type="dxa"/>
          </w:tcPr>
          <w:p w14:paraId="38A1E2EB" w14:textId="1B8CB7EE" w:rsidR="0001679B" w:rsidRPr="00067327" w:rsidRDefault="0001679B" w:rsidP="00067327">
            <w:pPr>
              <w:rPr>
                <w:sz w:val="22"/>
              </w:rPr>
            </w:pPr>
          </w:p>
        </w:tc>
        <w:tc>
          <w:tcPr>
            <w:tcW w:w="959" w:type="dxa"/>
          </w:tcPr>
          <w:p w14:paraId="358B2CA2" w14:textId="7BE85834" w:rsidR="0001679B" w:rsidRPr="00067327" w:rsidRDefault="0001679B" w:rsidP="00067327">
            <w:pPr>
              <w:rPr>
                <w:sz w:val="22"/>
              </w:rPr>
            </w:pPr>
          </w:p>
        </w:tc>
      </w:tr>
      <w:tr w:rsidR="0001679B" w:rsidRPr="00067327" w14:paraId="03DA3861" w14:textId="77777777" w:rsidTr="00067327">
        <w:trPr>
          <w:jc w:val="center"/>
        </w:trPr>
        <w:tc>
          <w:tcPr>
            <w:tcW w:w="5318" w:type="dxa"/>
          </w:tcPr>
          <w:p w14:paraId="19843433" w14:textId="77777777" w:rsidR="0001679B" w:rsidRPr="00067327" w:rsidRDefault="00000000" w:rsidP="00067327">
            <w:pPr>
              <w:rPr>
                <w:sz w:val="22"/>
              </w:rPr>
            </w:pPr>
            <w:r w:rsidRPr="00067327">
              <w:rPr>
                <w:sz w:val="22"/>
              </w:rPr>
              <w:t>7. I have difficulty finding a suitable place or enough time to study.</w:t>
            </w:r>
          </w:p>
        </w:tc>
        <w:tc>
          <w:tcPr>
            <w:tcW w:w="908" w:type="dxa"/>
          </w:tcPr>
          <w:p w14:paraId="7FD33781" w14:textId="7B8F07D8" w:rsidR="0001679B" w:rsidRPr="00067327" w:rsidRDefault="0001679B" w:rsidP="00067327">
            <w:pPr>
              <w:rPr>
                <w:sz w:val="22"/>
              </w:rPr>
            </w:pPr>
          </w:p>
        </w:tc>
        <w:tc>
          <w:tcPr>
            <w:tcW w:w="885" w:type="dxa"/>
          </w:tcPr>
          <w:p w14:paraId="65054BCB" w14:textId="4E750D60" w:rsidR="0001679B" w:rsidRPr="00067327" w:rsidRDefault="0001679B" w:rsidP="00067327">
            <w:pPr>
              <w:rPr>
                <w:sz w:val="22"/>
              </w:rPr>
            </w:pPr>
          </w:p>
        </w:tc>
        <w:tc>
          <w:tcPr>
            <w:tcW w:w="868" w:type="dxa"/>
          </w:tcPr>
          <w:p w14:paraId="17399539" w14:textId="1420EEC7" w:rsidR="0001679B" w:rsidRPr="00067327" w:rsidRDefault="0001679B" w:rsidP="00067327">
            <w:pPr>
              <w:rPr>
                <w:sz w:val="22"/>
              </w:rPr>
            </w:pPr>
          </w:p>
        </w:tc>
        <w:tc>
          <w:tcPr>
            <w:tcW w:w="959" w:type="dxa"/>
          </w:tcPr>
          <w:p w14:paraId="171E6375" w14:textId="59B51CDB" w:rsidR="0001679B" w:rsidRPr="00067327" w:rsidRDefault="0001679B" w:rsidP="00067327">
            <w:pPr>
              <w:rPr>
                <w:sz w:val="22"/>
              </w:rPr>
            </w:pPr>
          </w:p>
        </w:tc>
      </w:tr>
      <w:tr w:rsidR="0001679B" w:rsidRPr="00067327" w14:paraId="73CAFDE0" w14:textId="77777777" w:rsidTr="00067327">
        <w:trPr>
          <w:jc w:val="center"/>
        </w:trPr>
        <w:tc>
          <w:tcPr>
            <w:tcW w:w="5318" w:type="dxa"/>
          </w:tcPr>
          <w:p w14:paraId="65B18F8B" w14:textId="77777777" w:rsidR="0001679B" w:rsidRPr="00067327" w:rsidRDefault="00000000" w:rsidP="00067327">
            <w:pPr>
              <w:rPr>
                <w:sz w:val="22"/>
              </w:rPr>
            </w:pPr>
            <w:r w:rsidRPr="00067327">
              <w:rPr>
                <w:sz w:val="22"/>
              </w:rPr>
              <w:t>8. I sometimes lose motivation to continue my learning activities.</w:t>
            </w:r>
          </w:p>
        </w:tc>
        <w:tc>
          <w:tcPr>
            <w:tcW w:w="908" w:type="dxa"/>
          </w:tcPr>
          <w:p w14:paraId="67DCAB13" w14:textId="03532167" w:rsidR="0001679B" w:rsidRPr="00067327" w:rsidRDefault="0001679B" w:rsidP="00067327">
            <w:pPr>
              <w:rPr>
                <w:sz w:val="22"/>
              </w:rPr>
            </w:pPr>
          </w:p>
        </w:tc>
        <w:tc>
          <w:tcPr>
            <w:tcW w:w="885" w:type="dxa"/>
          </w:tcPr>
          <w:p w14:paraId="179BE11B" w14:textId="27E7D13F" w:rsidR="0001679B" w:rsidRPr="00067327" w:rsidRDefault="0001679B" w:rsidP="00067327">
            <w:pPr>
              <w:rPr>
                <w:sz w:val="22"/>
              </w:rPr>
            </w:pPr>
          </w:p>
        </w:tc>
        <w:tc>
          <w:tcPr>
            <w:tcW w:w="868" w:type="dxa"/>
          </w:tcPr>
          <w:p w14:paraId="52177D2F" w14:textId="0994AE1A" w:rsidR="0001679B" w:rsidRPr="00067327" w:rsidRDefault="0001679B" w:rsidP="00067327">
            <w:pPr>
              <w:rPr>
                <w:sz w:val="22"/>
              </w:rPr>
            </w:pPr>
          </w:p>
        </w:tc>
        <w:tc>
          <w:tcPr>
            <w:tcW w:w="959" w:type="dxa"/>
          </w:tcPr>
          <w:p w14:paraId="6A2A4CA3" w14:textId="392CDFDB" w:rsidR="0001679B" w:rsidRPr="00067327" w:rsidRDefault="0001679B" w:rsidP="00067327">
            <w:pPr>
              <w:rPr>
                <w:sz w:val="22"/>
              </w:rPr>
            </w:pPr>
          </w:p>
        </w:tc>
      </w:tr>
      <w:tr w:rsidR="0001679B" w:rsidRPr="00067327" w14:paraId="10694BE9" w14:textId="77777777" w:rsidTr="00067327">
        <w:trPr>
          <w:jc w:val="center"/>
        </w:trPr>
        <w:tc>
          <w:tcPr>
            <w:tcW w:w="5318" w:type="dxa"/>
          </w:tcPr>
          <w:p w14:paraId="4D7A7375" w14:textId="77777777" w:rsidR="0001679B" w:rsidRPr="00067327" w:rsidRDefault="00000000" w:rsidP="00067327">
            <w:pPr>
              <w:rPr>
                <w:sz w:val="22"/>
              </w:rPr>
            </w:pPr>
            <w:r w:rsidRPr="00067327">
              <w:rPr>
                <w:sz w:val="22"/>
              </w:rPr>
              <w:t>9. I need more opportunities to ask questions about lessons I do not understand.</w:t>
            </w:r>
          </w:p>
        </w:tc>
        <w:tc>
          <w:tcPr>
            <w:tcW w:w="908" w:type="dxa"/>
          </w:tcPr>
          <w:p w14:paraId="6DAC3DB9" w14:textId="632867E2" w:rsidR="0001679B" w:rsidRPr="00067327" w:rsidRDefault="0001679B" w:rsidP="00067327">
            <w:pPr>
              <w:rPr>
                <w:sz w:val="22"/>
              </w:rPr>
            </w:pPr>
          </w:p>
        </w:tc>
        <w:tc>
          <w:tcPr>
            <w:tcW w:w="885" w:type="dxa"/>
          </w:tcPr>
          <w:p w14:paraId="03C8C378" w14:textId="39CF5CD0" w:rsidR="0001679B" w:rsidRPr="00067327" w:rsidRDefault="0001679B" w:rsidP="00067327">
            <w:pPr>
              <w:rPr>
                <w:sz w:val="22"/>
              </w:rPr>
            </w:pPr>
          </w:p>
        </w:tc>
        <w:tc>
          <w:tcPr>
            <w:tcW w:w="868" w:type="dxa"/>
          </w:tcPr>
          <w:p w14:paraId="47FF7D3A" w14:textId="3A1E5C80" w:rsidR="0001679B" w:rsidRPr="00067327" w:rsidRDefault="0001679B" w:rsidP="00067327">
            <w:pPr>
              <w:rPr>
                <w:sz w:val="22"/>
              </w:rPr>
            </w:pPr>
          </w:p>
        </w:tc>
        <w:tc>
          <w:tcPr>
            <w:tcW w:w="959" w:type="dxa"/>
          </w:tcPr>
          <w:p w14:paraId="2F740179" w14:textId="273512C8" w:rsidR="0001679B" w:rsidRPr="00067327" w:rsidRDefault="0001679B" w:rsidP="00067327">
            <w:pPr>
              <w:rPr>
                <w:sz w:val="22"/>
              </w:rPr>
            </w:pPr>
          </w:p>
        </w:tc>
      </w:tr>
      <w:tr w:rsidR="0001679B" w:rsidRPr="00067327" w14:paraId="5E503978" w14:textId="77777777" w:rsidTr="00067327">
        <w:trPr>
          <w:jc w:val="center"/>
        </w:trPr>
        <w:tc>
          <w:tcPr>
            <w:tcW w:w="5318" w:type="dxa"/>
          </w:tcPr>
          <w:p w14:paraId="3291F207" w14:textId="77777777" w:rsidR="0001679B" w:rsidRPr="00067327" w:rsidRDefault="00000000" w:rsidP="00067327">
            <w:pPr>
              <w:rPr>
                <w:sz w:val="22"/>
              </w:rPr>
            </w:pPr>
            <w:r w:rsidRPr="00067327">
              <w:rPr>
                <w:sz w:val="22"/>
              </w:rPr>
              <w:t>10. I would benefit from regular additional tutorial support.</w:t>
            </w:r>
          </w:p>
        </w:tc>
        <w:tc>
          <w:tcPr>
            <w:tcW w:w="908" w:type="dxa"/>
          </w:tcPr>
          <w:p w14:paraId="23FEBBDB" w14:textId="188E7D01" w:rsidR="0001679B" w:rsidRPr="00067327" w:rsidRDefault="0001679B" w:rsidP="00067327">
            <w:pPr>
              <w:rPr>
                <w:sz w:val="22"/>
              </w:rPr>
            </w:pPr>
          </w:p>
        </w:tc>
        <w:tc>
          <w:tcPr>
            <w:tcW w:w="885" w:type="dxa"/>
          </w:tcPr>
          <w:p w14:paraId="7E7974B5" w14:textId="079920DD" w:rsidR="0001679B" w:rsidRPr="00067327" w:rsidRDefault="0001679B" w:rsidP="00067327">
            <w:pPr>
              <w:rPr>
                <w:sz w:val="22"/>
              </w:rPr>
            </w:pPr>
          </w:p>
        </w:tc>
        <w:tc>
          <w:tcPr>
            <w:tcW w:w="868" w:type="dxa"/>
          </w:tcPr>
          <w:p w14:paraId="147F2DC8" w14:textId="763919A1" w:rsidR="0001679B" w:rsidRPr="00067327" w:rsidRDefault="0001679B" w:rsidP="00067327">
            <w:pPr>
              <w:rPr>
                <w:sz w:val="22"/>
              </w:rPr>
            </w:pPr>
          </w:p>
        </w:tc>
        <w:tc>
          <w:tcPr>
            <w:tcW w:w="959" w:type="dxa"/>
          </w:tcPr>
          <w:p w14:paraId="6E0C0607" w14:textId="20263E84" w:rsidR="0001679B" w:rsidRPr="00067327" w:rsidRDefault="0001679B" w:rsidP="00067327">
            <w:pPr>
              <w:rPr>
                <w:sz w:val="22"/>
              </w:rPr>
            </w:pPr>
          </w:p>
        </w:tc>
      </w:tr>
    </w:tbl>
    <w:p w14:paraId="46B9A542" w14:textId="77777777" w:rsidR="0001679B" w:rsidRPr="00067327" w:rsidRDefault="00000000">
      <w:pPr>
        <w:spacing w:before="160" w:after="60"/>
        <w:rPr>
          <w:sz w:val="22"/>
        </w:rPr>
      </w:pPr>
      <w:r w:rsidRPr="00067327">
        <w:rPr>
          <w:b/>
          <w:sz w:val="22"/>
        </w:rPr>
        <w:t>Part IV. Preferred Learning Support</w:t>
      </w:r>
    </w:p>
    <w:p w14:paraId="5B05A7B2" w14:textId="77777777" w:rsidR="0001679B" w:rsidRPr="00067327" w:rsidRDefault="00000000">
      <w:pPr>
        <w:rPr>
          <w:sz w:val="22"/>
        </w:rPr>
      </w:pPr>
      <w:r w:rsidRPr="00067327">
        <w:rPr>
          <w:sz w:val="22"/>
        </w:rPr>
        <w:t>Direction: Indicate how helpful each form of support would be to you.</w:t>
      </w:r>
    </w:p>
    <w:p w14:paraId="02FF45E3" w14:textId="77777777" w:rsidR="0001679B" w:rsidRPr="00067327" w:rsidRDefault="00000000" w:rsidP="00067327">
      <w:pPr>
        <w:ind w:left="720" w:firstLine="720"/>
        <w:rPr>
          <w:sz w:val="22"/>
        </w:rPr>
      </w:pPr>
      <w:r w:rsidRPr="00067327">
        <w:rPr>
          <w:sz w:val="22"/>
        </w:rPr>
        <w:t>4 – Very Helpful     3 – Helpful     2 – Slightly Helpful     1 – Not Helpful</w:t>
      </w:r>
    </w:p>
    <w:tbl>
      <w:tblPr>
        <w:tblStyle w:val="TableGrid"/>
        <w:tblW w:w="0" w:type="auto"/>
        <w:jc w:val="center"/>
        <w:tblLook w:val="04A0" w:firstRow="1" w:lastRow="0" w:firstColumn="1" w:lastColumn="0" w:noHBand="0" w:noVBand="1"/>
      </w:tblPr>
      <w:tblGrid>
        <w:gridCol w:w="6563"/>
        <w:gridCol w:w="561"/>
        <w:gridCol w:w="584"/>
        <w:gridCol w:w="575"/>
        <w:gridCol w:w="579"/>
      </w:tblGrid>
      <w:tr w:rsidR="0001679B" w:rsidRPr="00067327" w14:paraId="0D8D061C" w14:textId="77777777" w:rsidTr="00067327">
        <w:trPr>
          <w:tblHeader/>
          <w:jc w:val="center"/>
        </w:trPr>
        <w:tc>
          <w:tcPr>
            <w:tcW w:w="0" w:type="auto"/>
            <w:shd w:val="clear" w:color="auto" w:fill="D9EAF7"/>
          </w:tcPr>
          <w:p w14:paraId="1628D05D" w14:textId="77777777" w:rsidR="0001679B" w:rsidRPr="00067327" w:rsidRDefault="00000000">
            <w:pPr>
              <w:rPr>
                <w:sz w:val="22"/>
              </w:rPr>
            </w:pPr>
            <w:r w:rsidRPr="00067327">
              <w:rPr>
                <w:sz w:val="22"/>
              </w:rPr>
              <w:t>Type of Support</w:t>
            </w:r>
          </w:p>
        </w:tc>
        <w:tc>
          <w:tcPr>
            <w:tcW w:w="561" w:type="dxa"/>
            <w:shd w:val="clear" w:color="auto" w:fill="D9EAF7"/>
          </w:tcPr>
          <w:p w14:paraId="36CE2A6C" w14:textId="77777777" w:rsidR="0001679B" w:rsidRPr="00067327" w:rsidRDefault="00000000" w:rsidP="00067327">
            <w:pPr>
              <w:jc w:val="center"/>
              <w:rPr>
                <w:sz w:val="22"/>
              </w:rPr>
            </w:pPr>
            <w:r w:rsidRPr="00067327">
              <w:rPr>
                <w:sz w:val="22"/>
              </w:rPr>
              <w:t>4</w:t>
            </w:r>
          </w:p>
        </w:tc>
        <w:tc>
          <w:tcPr>
            <w:tcW w:w="584" w:type="dxa"/>
            <w:shd w:val="clear" w:color="auto" w:fill="D9EAF7"/>
          </w:tcPr>
          <w:p w14:paraId="1E3E4947" w14:textId="77777777" w:rsidR="0001679B" w:rsidRPr="00067327" w:rsidRDefault="00000000" w:rsidP="00067327">
            <w:pPr>
              <w:jc w:val="center"/>
              <w:rPr>
                <w:sz w:val="22"/>
              </w:rPr>
            </w:pPr>
            <w:r w:rsidRPr="00067327">
              <w:rPr>
                <w:sz w:val="22"/>
              </w:rPr>
              <w:t>3</w:t>
            </w:r>
          </w:p>
        </w:tc>
        <w:tc>
          <w:tcPr>
            <w:tcW w:w="575" w:type="dxa"/>
            <w:shd w:val="clear" w:color="auto" w:fill="D9EAF7"/>
          </w:tcPr>
          <w:p w14:paraId="568DECAD" w14:textId="77777777" w:rsidR="0001679B" w:rsidRPr="00067327" w:rsidRDefault="00000000" w:rsidP="00067327">
            <w:pPr>
              <w:jc w:val="center"/>
              <w:rPr>
                <w:sz w:val="22"/>
              </w:rPr>
            </w:pPr>
            <w:r w:rsidRPr="00067327">
              <w:rPr>
                <w:sz w:val="22"/>
              </w:rPr>
              <w:t>2</w:t>
            </w:r>
          </w:p>
        </w:tc>
        <w:tc>
          <w:tcPr>
            <w:tcW w:w="579" w:type="dxa"/>
            <w:shd w:val="clear" w:color="auto" w:fill="D9EAF7"/>
          </w:tcPr>
          <w:p w14:paraId="1DBD986B" w14:textId="77777777" w:rsidR="0001679B" w:rsidRPr="00067327" w:rsidRDefault="00000000" w:rsidP="00067327">
            <w:pPr>
              <w:jc w:val="center"/>
              <w:rPr>
                <w:sz w:val="22"/>
              </w:rPr>
            </w:pPr>
            <w:r w:rsidRPr="00067327">
              <w:rPr>
                <w:sz w:val="22"/>
              </w:rPr>
              <w:t>1</w:t>
            </w:r>
          </w:p>
        </w:tc>
      </w:tr>
      <w:tr w:rsidR="0001679B" w:rsidRPr="00067327" w14:paraId="5592198B" w14:textId="77777777" w:rsidTr="00067327">
        <w:trPr>
          <w:jc w:val="center"/>
        </w:trPr>
        <w:tc>
          <w:tcPr>
            <w:tcW w:w="0" w:type="auto"/>
          </w:tcPr>
          <w:p w14:paraId="76300D5A" w14:textId="77777777" w:rsidR="0001679B" w:rsidRPr="00067327" w:rsidRDefault="00000000">
            <w:pPr>
              <w:rPr>
                <w:sz w:val="22"/>
              </w:rPr>
            </w:pPr>
            <w:r w:rsidRPr="00067327">
              <w:rPr>
                <w:sz w:val="22"/>
              </w:rPr>
              <w:t>1. One-on-one tutorial assistance</w:t>
            </w:r>
          </w:p>
        </w:tc>
        <w:tc>
          <w:tcPr>
            <w:tcW w:w="561" w:type="dxa"/>
          </w:tcPr>
          <w:p w14:paraId="2C7D23D7" w14:textId="66CF8472" w:rsidR="0001679B" w:rsidRPr="00067327" w:rsidRDefault="0001679B" w:rsidP="00067327">
            <w:pPr>
              <w:jc w:val="center"/>
              <w:rPr>
                <w:sz w:val="22"/>
              </w:rPr>
            </w:pPr>
          </w:p>
        </w:tc>
        <w:tc>
          <w:tcPr>
            <w:tcW w:w="584" w:type="dxa"/>
          </w:tcPr>
          <w:p w14:paraId="57D4C965" w14:textId="602E2F0A" w:rsidR="0001679B" w:rsidRPr="00067327" w:rsidRDefault="0001679B" w:rsidP="00067327">
            <w:pPr>
              <w:jc w:val="center"/>
              <w:rPr>
                <w:sz w:val="22"/>
              </w:rPr>
            </w:pPr>
          </w:p>
        </w:tc>
        <w:tc>
          <w:tcPr>
            <w:tcW w:w="575" w:type="dxa"/>
          </w:tcPr>
          <w:p w14:paraId="193EFCD0" w14:textId="478F5149" w:rsidR="0001679B" w:rsidRPr="00067327" w:rsidRDefault="0001679B" w:rsidP="00067327">
            <w:pPr>
              <w:jc w:val="center"/>
              <w:rPr>
                <w:sz w:val="22"/>
              </w:rPr>
            </w:pPr>
          </w:p>
        </w:tc>
        <w:tc>
          <w:tcPr>
            <w:tcW w:w="579" w:type="dxa"/>
          </w:tcPr>
          <w:p w14:paraId="2075783A" w14:textId="64D7D83C" w:rsidR="0001679B" w:rsidRPr="00067327" w:rsidRDefault="0001679B" w:rsidP="00067327">
            <w:pPr>
              <w:jc w:val="center"/>
              <w:rPr>
                <w:sz w:val="22"/>
              </w:rPr>
            </w:pPr>
          </w:p>
        </w:tc>
      </w:tr>
      <w:tr w:rsidR="0001679B" w:rsidRPr="00067327" w14:paraId="7960EDB0" w14:textId="77777777" w:rsidTr="00067327">
        <w:trPr>
          <w:jc w:val="center"/>
        </w:trPr>
        <w:tc>
          <w:tcPr>
            <w:tcW w:w="0" w:type="auto"/>
          </w:tcPr>
          <w:p w14:paraId="60EAC67B" w14:textId="77777777" w:rsidR="0001679B" w:rsidRPr="00067327" w:rsidRDefault="00000000">
            <w:pPr>
              <w:rPr>
                <w:sz w:val="22"/>
              </w:rPr>
            </w:pPr>
            <w:r w:rsidRPr="00067327">
              <w:rPr>
                <w:sz w:val="22"/>
              </w:rPr>
              <w:t>2. Small-group tutorials</w:t>
            </w:r>
          </w:p>
        </w:tc>
        <w:tc>
          <w:tcPr>
            <w:tcW w:w="561" w:type="dxa"/>
          </w:tcPr>
          <w:p w14:paraId="29CD467C" w14:textId="70FDC28F" w:rsidR="0001679B" w:rsidRPr="00067327" w:rsidRDefault="0001679B" w:rsidP="00067327">
            <w:pPr>
              <w:jc w:val="center"/>
              <w:rPr>
                <w:sz w:val="22"/>
              </w:rPr>
            </w:pPr>
          </w:p>
        </w:tc>
        <w:tc>
          <w:tcPr>
            <w:tcW w:w="584" w:type="dxa"/>
          </w:tcPr>
          <w:p w14:paraId="4315C8CE" w14:textId="181822DA" w:rsidR="0001679B" w:rsidRPr="00067327" w:rsidRDefault="0001679B" w:rsidP="00067327">
            <w:pPr>
              <w:jc w:val="center"/>
              <w:rPr>
                <w:sz w:val="22"/>
              </w:rPr>
            </w:pPr>
          </w:p>
        </w:tc>
        <w:tc>
          <w:tcPr>
            <w:tcW w:w="575" w:type="dxa"/>
          </w:tcPr>
          <w:p w14:paraId="35C564CC" w14:textId="551169E4" w:rsidR="0001679B" w:rsidRPr="00067327" w:rsidRDefault="0001679B" w:rsidP="00067327">
            <w:pPr>
              <w:jc w:val="center"/>
              <w:rPr>
                <w:sz w:val="22"/>
              </w:rPr>
            </w:pPr>
          </w:p>
        </w:tc>
        <w:tc>
          <w:tcPr>
            <w:tcW w:w="579" w:type="dxa"/>
          </w:tcPr>
          <w:p w14:paraId="70B8B767" w14:textId="4219063F" w:rsidR="0001679B" w:rsidRPr="00067327" w:rsidRDefault="0001679B" w:rsidP="00067327">
            <w:pPr>
              <w:jc w:val="center"/>
              <w:rPr>
                <w:sz w:val="22"/>
              </w:rPr>
            </w:pPr>
          </w:p>
        </w:tc>
      </w:tr>
      <w:tr w:rsidR="0001679B" w:rsidRPr="00067327" w14:paraId="1C318BB1" w14:textId="77777777" w:rsidTr="00067327">
        <w:trPr>
          <w:jc w:val="center"/>
        </w:trPr>
        <w:tc>
          <w:tcPr>
            <w:tcW w:w="0" w:type="auto"/>
          </w:tcPr>
          <w:p w14:paraId="168B8222" w14:textId="77777777" w:rsidR="0001679B" w:rsidRPr="00067327" w:rsidRDefault="00000000">
            <w:pPr>
              <w:rPr>
                <w:sz w:val="22"/>
              </w:rPr>
            </w:pPr>
            <w:r w:rsidRPr="00067327">
              <w:rPr>
                <w:sz w:val="22"/>
              </w:rPr>
              <w:t>3. Additional explanations of difficult lessons</w:t>
            </w:r>
          </w:p>
        </w:tc>
        <w:tc>
          <w:tcPr>
            <w:tcW w:w="561" w:type="dxa"/>
          </w:tcPr>
          <w:p w14:paraId="010C1C4F" w14:textId="6B3453D3" w:rsidR="0001679B" w:rsidRPr="00067327" w:rsidRDefault="0001679B" w:rsidP="00067327">
            <w:pPr>
              <w:jc w:val="center"/>
              <w:rPr>
                <w:sz w:val="22"/>
              </w:rPr>
            </w:pPr>
          </w:p>
        </w:tc>
        <w:tc>
          <w:tcPr>
            <w:tcW w:w="584" w:type="dxa"/>
          </w:tcPr>
          <w:p w14:paraId="48A6C0E4" w14:textId="3C8591BA" w:rsidR="0001679B" w:rsidRPr="00067327" w:rsidRDefault="0001679B" w:rsidP="00067327">
            <w:pPr>
              <w:jc w:val="center"/>
              <w:rPr>
                <w:sz w:val="22"/>
              </w:rPr>
            </w:pPr>
          </w:p>
        </w:tc>
        <w:tc>
          <w:tcPr>
            <w:tcW w:w="575" w:type="dxa"/>
          </w:tcPr>
          <w:p w14:paraId="4042BB87" w14:textId="5F04217D" w:rsidR="0001679B" w:rsidRPr="00067327" w:rsidRDefault="0001679B" w:rsidP="00067327">
            <w:pPr>
              <w:jc w:val="center"/>
              <w:rPr>
                <w:sz w:val="22"/>
              </w:rPr>
            </w:pPr>
          </w:p>
        </w:tc>
        <w:tc>
          <w:tcPr>
            <w:tcW w:w="579" w:type="dxa"/>
          </w:tcPr>
          <w:p w14:paraId="5B210109" w14:textId="521DDF16" w:rsidR="0001679B" w:rsidRPr="00067327" w:rsidRDefault="0001679B" w:rsidP="00067327">
            <w:pPr>
              <w:jc w:val="center"/>
              <w:rPr>
                <w:sz w:val="22"/>
              </w:rPr>
            </w:pPr>
          </w:p>
        </w:tc>
      </w:tr>
      <w:tr w:rsidR="0001679B" w:rsidRPr="00067327" w14:paraId="028491DF" w14:textId="77777777" w:rsidTr="00067327">
        <w:trPr>
          <w:jc w:val="center"/>
        </w:trPr>
        <w:tc>
          <w:tcPr>
            <w:tcW w:w="0" w:type="auto"/>
          </w:tcPr>
          <w:p w14:paraId="33C8BB7A" w14:textId="77777777" w:rsidR="0001679B" w:rsidRPr="00067327" w:rsidRDefault="00000000">
            <w:pPr>
              <w:rPr>
                <w:sz w:val="22"/>
              </w:rPr>
            </w:pPr>
            <w:r w:rsidRPr="00067327">
              <w:rPr>
                <w:sz w:val="22"/>
              </w:rPr>
              <w:t>4. Additional exercises and practice activities</w:t>
            </w:r>
          </w:p>
        </w:tc>
        <w:tc>
          <w:tcPr>
            <w:tcW w:w="561" w:type="dxa"/>
          </w:tcPr>
          <w:p w14:paraId="36CCF74F" w14:textId="291F85E9" w:rsidR="0001679B" w:rsidRPr="00067327" w:rsidRDefault="0001679B" w:rsidP="00067327">
            <w:pPr>
              <w:jc w:val="center"/>
              <w:rPr>
                <w:sz w:val="22"/>
              </w:rPr>
            </w:pPr>
          </w:p>
        </w:tc>
        <w:tc>
          <w:tcPr>
            <w:tcW w:w="584" w:type="dxa"/>
          </w:tcPr>
          <w:p w14:paraId="7038702E" w14:textId="00D2915E" w:rsidR="0001679B" w:rsidRPr="00067327" w:rsidRDefault="0001679B" w:rsidP="00067327">
            <w:pPr>
              <w:jc w:val="center"/>
              <w:rPr>
                <w:sz w:val="22"/>
              </w:rPr>
            </w:pPr>
          </w:p>
        </w:tc>
        <w:tc>
          <w:tcPr>
            <w:tcW w:w="575" w:type="dxa"/>
          </w:tcPr>
          <w:p w14:paraId="403496C9" w14:textId="52B4E56E" w:rsidR="0001679B" w:rsidRPr="00067327" w:rsidRDefault="0001679B" w:rsidP="00067327">
            <w:pPr>
              <w:jc w:val="center"/>
              <w:rPr>
                <w:sz w:val="22"/>
              </w:rPr>
            </w:pPr>
          </w:p>
        </w:tc>
        <w:tc>
          <w:tcPr>
            <w:tcW w:w="579" w:type="dxa"/>
          </w:tcPr>
          <w:p w14:paraId="3C898372" w14:textId="5180BBE3" w:rsidR="0001679B" w:rsidRPr="00067327" w:rsidRDefault="0001679B" w:rsidP="00067327">
            <w:pPr>
              <w:jc w:val="center"/>
              <w:rPr>
                <w:sz w:val="22"/>
              </w:rPr>
            </w:pPr>
          </w:p>
        </w:tc>
      </w:tr>
      <w:tr w:rsidR="0001679B" w:rsidRPr="00067327" w14:paraId="1DB27AC9" w14:textId="77777777" w:rsidTr="00067327">
        <w:trPr>
          <w:jc w:val="center"/>
        </w:trPr>
        <w:tc>
          <w:tcPr>
            <w:tcW w:w="0" w:type="auto"/>
          </w:tcPr>
          <w:p w14:paraId="32DCC93E" w14:textId="77777777" w:rsidR="0001679B" w:rsidRPr="00067327" w:rsidRDefault="00000000">
            <w:pPr>
              <w:rPr>
                <w:sz w:val="22"/>
              </w:rPr>
            </w:pPr>
            <w:r w:rsidRPr="00067327">
              <w:rPr>
                <w:sz w:val="22"/>
              </w:rPr>
              <w:t>5. Learning materials using familiar/local situations and examples</w:t>
            </w:r>
          </w:p>
        </w:tc>
        <w:tc>
          <w:tcPr>
            <w:tcW w:w="561" w:type="dxa"/>
          </w:tcPr>
          <w:p w14:paraId="5B210FF6" w14:textId="672414BF" w:rsidR="0001679B" w:rsidRPr="00067327" w:rsidRDefault="0001679B" w:rsidP="00067327">
            <w:pPr>
              <w:jc w:val="center"/>
              <w:rPr>
                <w:sz w:val="22"/>
              </w:rPr>
            </w:pPr>
          </w:p>
        </w:tc>
        <w:tc>
          <w:tcPr>
            <w:tcW w:w="584" w:type="dxa"/>
          </w:tcPr>
          <w:p w14:paraId="1E6E494E" w14:textId="20E0B247" w:rsidR="0001679B" w:rsidRPr="00067327" w:rsidRDefault="0001679B" w:rsidP="00067327">
            <w:pPr>
              <w:jc w:val="center"/>
              <w:rPr>
                <w:sz w:val="22"/>
              </w:rPr>
            </w:pPr>
          </w:p>
        </w:tc>
        <w:tc>
          <w:tcPr>
            <w:tcW w:w="575" w:type="dxa"/>
          </w:tcPr>
          <w:p w14:paraId="07FEEF42" w14:textId="5B993DB2" w:rsidR="0001679B" w:rsidRPr="00067327" w:rsidRDefault="0001679B" w:rsidP="00067327">
            <w:pPr>
              <w:jc w:val="center"/>
              <w:rPr>
                <w:sz w:val="22"/>
              </w:rPr>
            </w:pPr>
          </w:p>
        </w:tc>
        <w:tc>
          <w:tcPr>
            <w:tcW w:w="579" w:type="dxa"/>
          </w:tcPr>
          <w:p w14:paraId="5A2D7A1C" w14:textId="39610F6B" w:rsidR="0001679B" w:rsidRPr="00067327" w:rsidRDefault="0001679B" w:rsidP="00067327">
            <w:pPr>
              <w:jc w:val="center"/>
              <w:rPr>
                <w:sz w:val="22"/>
              </w:rPr>
            </w:pPr>
          </w:p>
        </w:tc>
      </w:tr>
      <w:tr w:rsidR="0001679B" w:rsidRPr="00067327" w14:paraId="594FE1D9" w14:textId="77777777" w:rsidTr="00067327">
        <w:trPr>
          <w:jc w:val="center"/>
        </w:trPr>
        <w:tc>
          <w:tcPr>
            <w:tcW w:w="0" w:type="auto"/>
          </w:tcPr>
          <w:p w14:paraId="631D3919" w14:textId="77777777" w:rsidR="0001679B" w:rsidRPr="00067327" w:rsidRDefault="00000000">
            <w:pPr>
              <w:rPr>
                <w:sz w:val="22"/>
              </w:rPr>
            </w:pPr>
            <w:r w:rsidRPr="00067327">
              <w:rPr>
                <w:sz w:val="22"/>
              </w:rPr>
              <w:t>6. Immediate feedback on my answers and activities</w:t>
            </w:r>
          </w:p>
        </w:tc>
        <w:tc>
          <w:tcPr>
            <w:tcW w:w="561" w:type="dxa"/>
          </w:tcPr>
          <w:p w14:paraId="73246A3E" w14:textId="4FB9B6D7" w:rsidR="0001679B" w:rsidRPr="00067327" w:rsidRDefault="0001679B" w:rsidP="00067327">
            <w:pPr>
              <w:jc w:val="center"/>
              <w:rPr>
                <w:sz w:val="22"/>
              </w:rPr>
            </w:pPr>
          </w:p>
        </w:tc>
        <w:tc>
          <w:tcPr>
            <w:tcW w:w="584" w:type="dxa"/>
          </w:tcPr>
          <w:p w14:paraId="570CB785" w14:textId="1C3F9EBF" w:rsidR="0001679B" w:rsidRPr="00067327" w:rsidRDefault="0001679B" w:rsidP="00067327">
            <w:pPr>
              <w:jc w:val="center"/>
              <w:rPr>
                <w:sz w:val="22"/>
              </w:rPr>
            </w:pPr>
          </w:p>
        </w:tc>
        <w:tc>
          <w:tcPr>
            <w:tcW w:w="575" w:type="dxa"/>
          </w:tcPr>
          <w:p w14:paraId="1DE951D8" w14:textId="310808A0" w:rsidR="0001679B" w:rsidRPr="00067327" w:rsidRDefault="0001679B" w:rsidP="00067327">
            <w:pPr>
              <w:jc w:val="center"/>
              <w:rPr>
                <w:sz w:val="22"/>
              </w:rPr>
            </w:pPr>
          </w:p>
        </w:tc>
        <w:tc>
          <w:tcPr>
            <w:tcW w:w="579" w:type="dxa"/>
          </w:tcPr>
          <w:p w14:paraId="1AF58DDC" w14:textId="6E3CE41C" w:rsidR="0001679B" w:rsidRPr="00067327" w:rsidRDefault="0001679B" w:rsidP="00067327">
            <w:pPr>
              <w:jc w:val="center"/>
              <w:rPr>
                <w:sz w:val="22"/>
              </w:rPr>
            </w:pPr>
          </w:p>
        </w:tc>
      </w:tr>
      <w:tr w:rsidR="0001679B" w:rsidRPr="00067327" w14:paraId="666FB0F4" w14:textId="77777777" w:rsidTr="00067327">
        <w:trPr>
          <w:jc w:val="center"/>
        </w:trPr>
        <w:tc>
          <w:tcPr>
            <w:tcW w:w="0" w:type="auto"/>
          </w:tcPr>
          <w:p w14:paraId="6898331F" w14:textId="77777777" w:rsidR="0001679B" w:rsidRPr="00067327" w:rsidRDefault="00000000">
            <w:pPr>
              <w:rPr>
                <w:sz w:val="22"/>
              </w:rPr>
            </w:pPr>
            <w:r w:rsidRPr="00067327">
              <w:rPr>
                <w:sz w:val="22"/>
              </w:rPr>
              <w:t>7. Review sessions before assessments</w:t>
            </w:r>
          </w:p>
        </w:tc>
        <w:tc>
          <w:tcPr>
            <w:tcW w:w="561" w:type="dxa"/>
          </w:tcPr>
          <w:p w14:paraId="31EE1EAE" w14:textId="7F7E6F28" w:rsidR="0001679B" w:rsidRPr="00067327" w:rsidRDefault="0001679B" w:rsidP="00067327">
            <w:pPr>
              <w:jc w:val="center"/>
              <w:rPr>
                <w:sz w:val="22"/>
              </w:rPr>
            </w:pPr>
          </w:p>
        </w:tc>
        <w:tc>
          <w:tcPr>
            <w:tcW w:w="584" w:type="dxa"/>
          </w:tcPr>
          <w:p w14:paraId="171BBAB3" w14:textId="5E550A71" w:rsidR="0001679B" w:rsidRPr="00067327" w:rsidRDefault="0001679B" w:rsidP="00067327">
            <w:pPr>
              <w:jc w:val="center"/>
              <w:rPr>
                <w:sz w:val="22"/>
              </w:rPr>
            </w:pPr>
          </w:p>
        </w:tc>
        <w:tc>
          <w:tcPr>
            <w:tcW w:w="575" w:type="dxa"/>
          </w:tcPr>
          <w:p w14:paraId="1DD6356E" w14:textId="2897B059" w:rsidR="0001679B" w:rsidRPr="00067327" w:rsidRDefault="0001679B" w:rsidP="00067327">
            <w:pPr>
              <w:jc w:val="center"/>
              <w:rPr>
                <w:sz w:val="22"/>
              </w:rPr>
            </w:pPr>
          </w:p>
        </w:tc>
        <w:tc>
          <w:tcPr>
            <w:tcW w:w="579" w:type="dxa"/>
          </w:tcPr>
          <w:p w14:paraId="3DCC6C9E" w14:textId="22A82B73" w:rsidR="0001679B" w:rsidRPr="00067327" w:rsidRDefault="0001679B" w:rsidP="00067327">
            <w:pPr>
              <w:jc w:val="center"/>
              <w:rPr>
                <w:sz w:val="22"/>
              </w:rPr>
            </w:pPr>
          </w:p>
        </w:tc>
      </w:tr>
      <w:tr w:rsidR="0001679B" w:rsidRPr="00067327" w14:paraId="36488384" w14:textId="77777777" w:rsidTr="00067327">
        <w:trPr>
          <w:jc w:val="center"/>
        </w:trPr>
        <w:tc>
          <w:tcPr>
            <w:tcW w:w="0" w:type="auto"/>
          </w:tcPr>
          <w:p w14:paraId="65E46C63" w14:textId="77777777" w:rsidR="0001679B" w:rsidRPr="00067327" w:rsidRDefault="00000000">
            <w:pPr>
              <w:rPr>
                <w:sz w:val="22"/>
              </w:rPr>
            </w:pPr>
            <w:r w:rsidRPr="00067327">
              <w:rPr>
                <w:sz w:val="22"/>
              </w:rPr>
              <w:t>8. Remedial activities for lessons I find difficult</w:t>
            </w:r>
          </w:p>
        </w:tc>
        <w:tc>
          <w:tcPr>
            <w:tcW w:w="561" w:type="dxa"/>
          </w:tcPr>
          <w:p w14:paraId="071EF373" w14:textId="2A21ACC3" w:rsidR="0001679B" w:rsidRPr="00067327" w:rsidRDefault="0001679B" w:rsidP="00067327">
            <w:pPr>
              <w:jc w:val="center"/>
              <w:rPr>
                <w:sz w:val="22"/>
              </w:rPr>
            </w:pPr>
          </w:p>
        </w:tc>
        <w:tc>
          <w:tcPr>
            <w:tcW w:w="584" w:type="dxa"/>
          </w:tcPr>
          <w:p w14:paraId="496E4251" w14:textId="1D142D7C" w:rsidR="0001679B" w:rsidRPr="00067327" w:rsidRDefault="0001679B" w:rsidP="00067327">
            <w:pPr>
              <w:jc w:val="center"/>
              <w:rPr>
                <w:sz w:val="22"/>
              </w:rPr>
            </w:pPr>
          </w:p>
        </w:tc>
        <w:tc>
          <w:tcPr>
            <w:tcW w:w="575" w:type="dxa"/>
          </w:tcPr>
          <w:p w14:paraId="25F2F877" w14:textId="06CA61BC" w:rsidR="0001679B" w:rsidRPr="00067327" w:rsidRDefault="0001679B" w:rsidP="00067327">
            <w:pPr>
              <w:jc w:val="center"/>
              <w:rPr>
                <w:sz w:val="22"/>
              </w:rPr>
            </w:pPr>
          </w:p>
        </w:tc>
        <w:tc>
          <w:tcPr>
            <w:tcW w:w="579" w:type="dxa"/>
          </w:tcPr>
          <w:p w14:paraId="7532BB4E" w14:textId="307B5721" w:rsidR="0001679B" w:rsidRPr="00067327" w:rsidRDefault="0001679B" w:rsidP="00067327">
            <w:pPr>
              <w:jc w:val="center"/>
              <w:rPr>
                <w:sz w:val="22"/>
              </w:rPr>
            </w:pPr>
          </w:p>
        </w:tc>
      </w:tr>
      <w:tr w:rsidR="0001679B" w:rsidRPr="00067327" w14:paraId="4D5245DC" w14:textId="77777777" w:rsidTr="00067327">
        <w:trPr>
          <w:jc w:val="center"/>
        </w:trPr>
        <w:tc>
          <w:tcPr>
            <w:tcW w:w="0" w:type="auto"/>
          </w:tcPr>
          <w:p w14:paraId="16EA3340" w14:textId="77777777" w:rsidR="0001679B" w:rsidRPr="00067327" w:rsidRDefault="00000000">
            <w:pPr>
              <w:rPr>
                <w:sz w:val="22"/>
              </w:rPr>
            </w:pPr>
            <w:r w:rsidRPr="00067327">
              <w:rPr>
                <w:sz w:val="22"/>
              </w:rPr>
              <w:t>9. Learning activities that I can continue at home</w:t>
            </w:r>
          </w:p>
        </w:tc>
        <w:tc>
          <w:tcPr>
            <w:tcW w:w="561" w:type="dxa"/>
          </w:tcPr>
          <w:p w14:paraId="31BCDEFD" w14:textId="73C44871" w:rsidR="0001679B" w:rsidRPr="00067327" w:rsidRDefault="0001679B" w:rsidP="00067327">
            <w:pPr>
              <w:jc w:val="center"/>
              <w:rPr>
                <w:sz w:val="22"/>
              </w:rPr>
            </w:pPr>
          </w:p>
        </w:tc>
        <w:tc>
          <w:tcPr>
            <w:tcW w:w="584" w:type="dxa"/>
          </w:tcPr>
          <w:p w14:paraId="35C3675A" w14:textId="472F11A2" w:rsidR="0001679B" w:rsidRPr="00067327" w:rsidRDefault="0001679B" w:rsidP="00067327">
            <w:pPr>
              <w:jc w:val="center"/>
              <w:rPr>
                <w:sz w:val="22"/>
              </w:rPr>
            </w:pPr>
          </w:p>
        </w:tc>
        <w:tc>
          <w:tcPr>
            <w:tcW w:w="575" w:type="dxa"/>
          </w:tcPr>
          <w:p w14:paraId="2460C090" w14:textId="7CB858AE" w:rsidR="0001679B" w:rsidRPr="00067327" w:rsidRDefault="0001679B" w:rsidP="00067327">
            <w:pPr>
              <w:jc w:val="center"/>
              <w:rPr>
                <w:sz w:val="22"/>
              </w:rPr>
            </w:pPr>
          </w:p>
        </w:tc>
        <w:tc>
          <w:tcPr>
            <w:tcW w:w="579" w:type="dxa"/>
          </w:tcPr>
          <w:p w14:paraId="2EC81820" w14:textId="68ED8FF3" w:rsidR="0001679B" w:rsidRPr="00067327" w:rsidRDefault="0001679B" w:rsidP="00067327">
            <w:pPr>
              <w:jc w:val="center"/>
              <w:rPr>
                <w:sz w:val="22"/>
              </w:rPr>
            </w:pPr>
          </w:p>
        </w:tc>
      </w:tr>
      <w:tr w:rsidR="0001679B" w:rsidRPr="00067327" w14:paraId="15196837" w14:textId="77777777" w:rsidTr="00067327">
        <w:trPr>
          <w:jc w:val="center"/>
        </w:trPr>
        <w:tc>
          <w:tcPr>
            <w:tcW w:w="0" w:type="auto"/>
          </w:tcPr>
          <w:p w14:paraId="684EF8A3" w14:textId="77777777" w:rsidR="0001679B" w:rsidRPr="00067327" w:rsidRDefault="00000000">
            <w:pPr>
              <w:rPr>
                <w:sz w:val="22"/>
              </w:rPr>
            </w:pPr>
            <w:r w:rsidRPr="00067327">
              <w:rPr>
                <w:sz w:val="22"/>
              </w:rPr>
              <w:t>10. Regular monitoring of my learning progress by a tutor</w:t>
            </w:r>
          </w:p>
        </w:tc>
        <w:tc>
          <w:tcPr>
            <w:tcW w:w="561" w:type="dxa"/>
          </w:tcPr>
          <w:p w14:paraId="38A57EC0" w14:textId="757F0F5E" w:rsidR="0001679B" w:rsidRPr="00067327" w:rsidRDefault="0001679B" w:rsidP="00067327">
            <w:pPr>
              <w:jc w:val="center"/>
              <w:rPr>
                <w:sz w:val="22"/>
              </w:rPr>
            </w:pPr>
          </w:p>
        </w:tc>
        <w:tc>
          <w:tcPr>
            <w:tcW w:w="584" w:type="dxa"/>
          </w:tcPr>
          <w:p w14:paraId="3FFC570E" w14:textId="63BA19DD" w:rsidR="0001679B" w:rsidRPr="00067327" w:rsidRDefault="0001679B" w:rsidP="00067327">
            <w:pPr>
              <w:jc w:val="center"/>
              <w:rPr>
                <w:sz w:val="22"/>
              </w:rPr>
            </w:pPr>
          </w:p>
        </w:tc>
        <w:tc>
          <w:tcPr>
            <w:tcW w:w="575" w:type="dxa"/>
          </w:tcPr>
          <w:p w14:paraId="4EA47C9E" w14:textId="6D1F457F" w:rsidR="0001679B" w:rsidRPr="00067327" w:rsidRDefault="0001679B" w:rsidP="00067327">
            <w:pPr>
              <w:jc w:val="center"/>
              <w:rPr>
                <w:sz w:val="22"/>
              </w:rPr>
            </w:pPr>
          </w:p>
        </w:tc>
        <w:tc>
          <w:tcPr>
            <w:tcW w:w="579" w:type="dxa"/>
          </w:tcPr>
          <w:p w14:paraId="174D8CA6" w14:textId="4C1C1A06" w:rsidR="0001679B" w:rsidRPr="00067327" w:rsidRDefault="0001679B" w:rsidP="00067327">
            <w:pPr>
              <w:jc w:val="center"/>
              <w:rPr>
                <w:sz w:val="22"/>
              </w:rPr>
            </w:pPr>
          </w:p>
        </w:tc>
      </w:tr>
    </w:tbl>
    <w:p w14:paraId="0ABFCA65" w14:textId="77777777" w:rsidR="0001679B" w:rsidRPr="00067327" w:rsidRDefault="00000000">
      <w:pPr>
        <w:spacing w:before="160" w:after="60"/>
        <w:rPr>
          <w:sz w:val="22"/>
        </w:rPr>
      </w:pPr>
      <w:r w:rsidRPr="00067327">
        <w:rPr>
          <w:b/>
          <w:sz w:val="22"/>
        </w:rPr>
        <w:t>Part V. Participation and Accessibility</w:t>
      </w:r>
    </w:p>
    <w:p w14:paraId="7AC431F2" w14:textId="77777777" w:rsidR="0001679B" w:rsidRPr="00067327" w:rsidRDefault="00000000">
      <w:pPr>
        <w:rPr>
          <w:sz w:val="22"/>
        </w:rPr>
      </w:pPr>
      <w:r w:rsidRPr="00067327">
        <w:rPr>
          <w:b/>
          <w:sz w:val="22"/>
        </w:rPr>
        <w:t>1. If additional tutorial sessions were offered twice a month on Fridays, would you be willing to participate?</w:t>
      </w:r>
    </w:p>
    <w:p w14:paraId="53BD0607" w14:textId="77777777" w:rsidR="0001679B" w:rsidRPr="00067327" w:rsidRDefault="00000000" w:rsidP="00AF5C55">
      <w:pPr>
        <w:ind w:firstLine="720"/>
        <w:rPr>
          <w:sz w:val="22"/>
        </w:rPr>
      </w:pPr>
      <w:r w:rsidRPr="00067327">
        <w:rPr>
          <w:sz w:val="22"/>
        </w:rPr>
        <w:t>☐ Yes    ☐ Maybe    ☐ No</w:t>
      </w:r>
    </w:p>
    <w:p w14:paraId="159D10CA" w14:textId="77777777" w:rsidR="0001679B" w:rsidRPr="00067327" w:rsidRDefault="00000000">
      <w:pPr>
        <w:rPr>
          <w:sz w:val="22"/>
        </w:rPr>
      </w:pPr>
      <w:r w:rsidRPr="00067327">
        <w:rPr>
          <w:b/>
          <w:sz w:val="22"/>
        </w:rPr>
        <w:t>2. What time on Friday would be most convenient for you?</w:t>
      </w:r>
    </w:p>
    <w:p w14:paraId="4599CB7B" w14:textId="77777777" w:rsidR="0001679B" w:rsidRPr="00067327" w:rsidRDefault="00000000" w:rsidP="00AF5C55">
      <w:pPr>
        <w:ind w:firstLine="720"/>
        <w:rPr>
          <w:sz w:val="22"/>
        </w:rPr>
      </w:pPr>
      <w:r w:rsidRPr="00067327">
        <w:rPr>
          <w:sz w:val="22"/>
        </w:rPr>
        <w:t>☐ Morning    ☐ Afternoon    ☐ Either morning or afternoon    ☐ Other: __________</w:t>
      </w:r>
    </w:p>
    <w:p w14:paraId="38200D11" w14:textId="77777777" w:rsidR="0001679B" w:rsidRPr="00067327" w:rsidRDefault="00000000">
      <w:pPr>
        <w:rPr>
          <w:sz w:val="22"/>
        </w:rPr>
      </w:pPr>
      <w:r w:rsidRPr="00067327">
        <w:rPr>
          <w:b/>
          <w:sz w:val="22"/>
        </w:rPr>
        <w:t>3. Would transportation assistance make it easier for you to attend the tutorial sessions?</w:t>
      </w:r>
    </w:p>
    <w:p w14:paraId="40A227C8" w14:textId="77777777" w:rsidR="0001679B" w:rsidRPr="00067327" w:rsidRDefault="00000000" w:rsidP="00AF5C55">
      <w:pPr>
        <w:ind w:firstLine="720"/>
        <w:rPr>
          <w:sz w:val="22"/>
        </w:rPr>
      </w:pPr>
      <w:r w:rsidRPr="00067327">
        <w:rPr>
          <w:sz w:val="22"/>
        </w:rPr>
        <w:t>☐ Yes    ☐ Maybe    ☐ No</w:t>
      </w:r>
    </w:p>
    <w:p w14:paraId="27DCFEFF" w14:textId="77777777" w:rsidR="0001679B" w:rsidRPr="00067327" w:rsidRDefault="00000000">
      <w:pPr>
        <w:rPr>
          <w:sz w:val="22"/>
        </w:rPr>
      </w:pPr>
      <w:r w:rsidRPr="00067327">
        <w:rPr>
          <w:b/>
          <w:sz w:val="22"/>
        </w:rPr>
        <w:t>4. Which tutorial arrangement would you prefer?</w:t>
      </w:r>
    </w:p>
    <w:p w14:paraId="642F4038" w14:textId="77777777" w:rsidR="0001679B" w:rsidRDefault="00000000" w:rsidP="00AF5C55">
      <w:pPr>
        <w:ind w:firstLine="720"/>
        <w:rPr>
          <w:sz w:val="22"/>
        </w:rPr>
      </w:pPr>
      <w:r w:rsidRPr="00067327">
        <w:rPr>
          <w:sz w:val="22"/>
        </w:rPr>
        <w:t>☐ Individual/one-on-one    ☐ Small group    ☐ Either is acceptable</w:t>
      </w:r>
    </w:p>
    <w:p w14:paraId="309241EA" w14:textId="77777777" w:rsidR="00AF5C55" w:rsidRPr="00067327" w:rsidRDefault="00AF5C55" w:rsidP="00AF5C55">
      <w:pPr>
        <w:ind w:firstLine="720"/>
        <w:rPr>
          <w:sz w:val="22"/>
        </w:rPr>
      </w:pPr>
    </w:p>
    <w:p w14:paraId="03BF9E68" w14:textId="77777777" w:rsidR="0001679B" w:rsidRPr="00067327" w:rsidRDefault="00000000">
      <w:pPr>
        <w:rPr>
          <w:sz w:val="22"/>
        </w:rPr>
      </w:pPr>
      <w:r w:rsidRPr="00067327">
        <w:rPr>
          <w:b/>
          <w:sz w:val="22"/>
        </w:rPr>
        <w:lastRenderedPageBreak/>
        <w:t>5. What might prevent you from regularly attending the tutorial sessions?</w:t>
      </w:r>
    </w:p>
    <w:p w14:paraId="3517B683" w14:textId="77777777" w:rsidR="00AF5C55" w:rsidRDefault="00000000" w:rsidP="00AF5C55">
      <w:pPr>
        <w:ind w:firstLine="720"/>
        <w:rPr>
          <w:sz w:val="22"/>
        </w:rPr>
      </w:pPr>
      <w:r w:rsidRPr="00067327">
        <w:rPr>
          <w:sz w:val="22"/>
        </w:rPr>
        <w:t xml:space="preserve">☐ Work    ☐ Household/family responsibilities    ☐ Childcare responsibilities    </w:t>
      </w:r>
    </w:p>
    <w:p w14:paraId="57069C26" w14:textId="77777777" w:rsidR="00AF5C55" w:rsidRDefault="00000000" w:rsidP="00AF5C55">
      <w:pPr>
        <w:ind w:firstLine="720"/>
        <w:rPr>
          <w:sz w:val="22"/>
        </w:rPr>
      </w:pPr>
      <w:r w:rsidRPr="00067327">
        <w:rPr>
          <w:sz w:val="22"/>
        </w:rPr>
        <w:t>☐ Transportation/distance</w:t>
      </w:r>
      <w:r w:rsidR="00AF5C55">
        <w:rPr>
          <w:sz w:val="22"/>
        </w:rPr>
        <w:t xml:space="preserve"> </w:t>
      </w:r>
      <w:r w:rsidRPr="00067327">
        <w:rPr>
          <w:sz w:val="22"/>
        </w:rPr>
        <w:t xml:space="preserve">☐ Health-related concerns    ☐ Schedule conflicts   </w:t>
      </w:r>
    </w:p>
    <w:p w14:paraId="692CAB22" w14:textId="0CB458DF" w:rsidR="0001679B" w:rsidRDefault="00000000" w:rsidP="00AF5C55">
      <w:pPr>
        <w:ind w:firstLine="720"/>
        <w:rPr>
          <w:sz w:val="22"/>
        </w:rPr>
      </w:pPr>
      <w:r w:rsidRPr="00067327">
        <w:rPr>
          <w:sz w:val="22"/>
        </w:rPr>
        <w:t>☐ Other: ______________________</w:t>
      </w:r>
    </w:p>
    <w:p w14:paraId="195E712A" w14:textId="77777777" w:rsidR="00AF5C55" w:rsidRPr="00067327" w:rsidRDefault="00AF5C55" w:rsidP="00AF5C55">
      <w:pPr>
        <w:ind w:firstLine="720"/>
        <w:rPr>
          <w:sz w:val="22"/>
        </w:rPr>
      </w:pPr>
    </w:p>
    <w:p w14:paraId="71AE2FC2" w14:textId="77777777" w:rsidR="0001679B" w:rsidRPr="00067327" w:rsidRDefault="00000000">
      <w:pPr>
        <w:spacing w:before="160" w:after="60"/>
        <w:rPr>
          <w:sz w:val="22"/>
        </w:rPr>
      </w:pPr>
      <w:r w:rsidRPr="00067327">
        <w:rPr>
          <w:b/>
          <w:sz w:val="22"/>
        </w:rPr>
        <w:t>Part VI. Open-Ended Questions</w:t>
      </w:r>
    </w:p>
    <w:p w14:paraId="426B21B5" w14:textId="77777777" w:rsidR="0001679B" w:rsidRPr="00AF5C55" w:rsidRDefault="00000000">
      <w:pPr>
        <w:rPr>
          <w:bCs/>
          <w:sz w:val="22"/>
        </w:rPr>
      </w:pPr>
      <w:r w:rsidRPr="00AF5C55">
        <w:rPr>
          <w:bCs/>
          <w:sz w:val="22"/>
        </w:rPr>
        <w:t>1. What lessons or skills in ALS do you find most difficult and would like additional help with?</w:t>
      </w:r>
    </w:p>
    <w:p w14:paraId="4504AC49" w14:textId="28C4284F" w:rsidR="0001679B" w:rsidRPr="00AF5C55" w:rsidRDefault="00000000">
      <w:pPr>
        <w:rPr>
          <w:bCs/>
          <w:sz w:val="22"/>
        </w:rPr>
      </w:pPr>
      <w:r w:rsidRPr="00AF5C55">
        <w:rPr>
          <w:bCs/>
          <w:sz w:val="22"/>
        </w:rPr>
        <w:t>_________________________________________________________________________________________________________________________________________________________________________________________</w:t>
      </w:r>
      <w:r w:rsidR="00067327" w:rsidRPr="00AF5C55">
        <w:rPr>
          <w:bCs/>
          <w:sz w:val="22"/>
        </w:rPr>
        <w:t>____________________________________________________________________________________</w:t>
      </w:r>
      <w:r w:rsidRPr="00AF5C55">
        <w:rPr>
          <w:bCs/>
          <w:sz w:val="22"/>
        </w:rPr>
        <w:t>_</w:t>
      </w:r>
      <w:r w:rsidR="00AF5C55">
        <w:rPr>
          <w:bCs/>
          <w:sz w:val="22"/>
        </w:rPr>
        <w:t>__________________________________________________________</w:t>
      </w:r>
    </w:p>
    <w:p w14:paraId="5F524D40" w14:textId="77777777" w:rsidR="0001679B" w:rsidRPr="00AF5C55" w:rsidRDefault="00000000">
      <w:pPr>
        <w:rPr>
          <w:bCs/>
          <w:sz w:val="22"/>
        </w:rPr>
      </w:pPr>
      <w:r w:rsidRPr="00AF5C55">
        <w:rPr>
          <w:bCs/>
          <w:sz w:val="22"/>
        </w:rPr>
        <w:t>2. What kind of assistance would help you learn your ALS lessons better?</w:t>
      </w:r>
    </w:p>
    <w:p w14:paraId="4615D6B7" w14:textId="77777777" w:rsidR="00AF5C55" w:rsidRPr="00AF5C55" w:rsidRDefault="00AF5C55" w:rsidP="00AF5C55">
      <w:pPr>
        <w:rPr>
          <w:bCs/>
          <w:sz w:val="22"/>
        </w:rPr>
      </w:pPr>
      <w:r w:rsidRPr="00AF5C55">
        <w:rPr>
          <w:bCs/>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sz w:val="22"/>
        </w:rPr>
        <w:t>__________________________________________________________</w:t>
      </w:r>
    </w:p>
    <w:p w14:paraId="77014E20" w14:textId="77777777" w:rsidR="0001679B" w:rsidRPr="00AF5C55" w:rsidRDefault="00000000">
      <w:pPr>
        <w:rPr>
          <w:bCs/>
          <w:sz w:val="22"/>
        </w:rPr>
      </w:pPr>
      <w:r w:rsidRPr="00AF5C55">
        <w:rPr>
          <w:bCs/>
          <w:sz w:val="22"/>
        </w:rPr>
        <w:t>3. What can Project PADAYON do to make it easier for you to attend and participate in the tutorial sessions?</w:t>
      </w:r>
    </w:p>
    <w:p w14:paraId="4EDAF75B" w14:textId="77777777" w:rsidR="00AF5C55" w:rsidRPr="00AF5C55" w:rsidRDefault="00AF5C55" w:rsidP="00AF5C55">
      <w:pPr>
        <w:rPr>
          <w:bCs/>
          <w:sz w:val="22"/>
        </w:rPr>
      </w:pPr>
      <w:r w:rsidRPr="00AF5C55">
        <w:rPr>
          <w:bCs/>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sz w:val="22"/>
        </w:rPr>
        <w:t>__________________________________________________________</w:t>
      </w:r>
    </w:p>
    <w:p w14:paraId="709405A4" w14:textId="77777777" w:rsidR="0001679B" w:rsidRPr="00067327" w:rsidRDefault="0001679B">
      <w:pPr>
        <w:rPr>
          <w:sz w:val="22"/>
        </w:rPr>
      </w:pPr>
    </w:p>
    <w:p w14:paraId="79A9533E" w14:textId="77777777" w:rsidR="0001679B" w:rsidRPr="00067327" w:rsidRDefault="00000000">
      <w:pPr>
        <w:jc w:val="center"/>
        <w:rPr>
          <w:sz w:val="22"/>
        </w:rPr>
      </w:pPr>
      <w:r w:rsidRPr="00067327">
        <w:rPr>
          <w:i/>
          <w:sz w:val="22"/>
        </w:rPr>
        <w:t>Thank you for your participation.</w:t>
      </w:r>
    </w:p>
    <w:sectPr w:rsidR="0001679B" w:rsidRPr="00067327" w:rsidSect="00067327">
      <w:pgSz w:w="12240" w:h="1872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B0E786D"/>
    <w:multiLevelType w:val="hybridMultilevel"/>
    <w:tmpl w:val="90ACB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4716837">
    <w:abstractNumId w:val="8"/>
  </w:num>
  <w:num w:numId="2" w16cid:durableId="1788506461">
    <w:abstractNumId w:val="6"/>
  </w:num>
  <w:num w:numId="3" w16cid:durableId="553010490">
    <w:abstractNumId w:val="5"/>
  </w:num>
  <w:num w:numId="4" w16cid:durableId="755832518">
    <w:abstractNumId w:val="4"/>
  </w:num>
  <w:num w:numId="5" w16cid:durableId="933366397">
    <w:abstractNumId w:val="7"/>
  </w:num>
  <w:num w:numId="6" w16cid:durableId="594559493">
    <w:abstractNumId w:val="3"/>
  </w:num>
  <w:num w:numId="7" w16cid:durableId="604387950">
    <w:abstractNumId w:val="2"/>
  </w:num>
  <w:num w:numId="8" w16cid:durableId="1800416571">
    <w:abstractNumId w:val="1"/>
  </w:num>
  <w:num w:numId="9" w16cid:durableId="612906249">
    <w:abstractNumId w:val="0"/>
  </w:num>
  <w:num w:numId="10" w16cid:durableId="192147532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79B"/>
    <w:rsid w:val="00034616"/>
    <w:rsid w:val="0006063C"/>
    <w:rsid w:val="00067327"/>
    <w:rsid w:val="0015074B"/>
    <w:rsid w:val="002127FE"/>
    <w:rsid w:val="0029639D"/>
    <w:rsid w:val="00326F90"/>
    <w:rsid w:val="00521DDE"/>
    <w:rsid w:val="00AA1D8D"/>
    <w:rsid w:val="00AF5C5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84261D"/>
  <w14:defaultImageDpi w14:val="300"/>
  <w15:docId w15:val="{26A74A3F-AB5A-E64E-B9A2-7A147B93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962</Words>
  <Characters>5451</Characters>
  <Application>Microsoft Office Word</Application>
  <DocSecurity>0</DocSecurity>
  <Lines>320</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Starr Clyde Sebial</cp:lastModifiedBy>
  <cp:revision>18</cp:revision>
  <dcterms:created xsi:type="dcterms:W3CDTF">2013-12-23T23:15:00Z</dcterms:created>
  <dcterms:modified xsi:type="dcterms:W3CDTF">2026-09-29T02:44:00Z</dcterms:modified>
  <cp:category/>
</cp:coreProperties>
</file>