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PROJECT PADAYON</w:t>
      </w:r>
    </w:p>
    <w:p>
      <w:pPr>
        <w:jc w:val="center"/>
      </w:pPr>
      <w:r>
        <w:rPr>
          <w:b/>
          <w:sz w:val="22"/>
        </w:rPr>
        <w:t>Contextualized Tutorial and Learning Support Program for</w:t>
        <w:br/>
        <w:t>Alternative Learning System Learners of San Miguel District</w:t>
      </w:r>
    </w:p>
    <w:p>
      <w:pPr>
        <w:jc w:val="center"/>
      </w:pPr>
      <w:r>
        <w:rPr>
          <w:b/>
          <w:sz w:val="24"/>
        </w:rPr>
        <w:t>ADULT LEARNER INFORMED CONSENT FORM</w:t>
      </w:r>
    </w:p>
    <w:p>
      <w:r>
        <w:t>You are invited to participate in Project PADAYON, an extension initiative of the School of Teacher Education, J.H. Cerilles State College (JHCSC), in coordination with the Alternative Learning System (ALS) implementers of San Miguel District, Schools Division of Zamboanga del Sur.</w:t>
      </w:r>
    </w:p>
    <w:p>
      <w:pPr>
        <w:spacing w:before="120" w:after="40"/>
      </w:pPr>
      <w:r>
        <w:rPr>
          <w:b/>
        </w:rPr>
        <w:t>Purpose of the Project</w:t>
      </w:r>
    </w:p>
    <w:p>
      <w:r>
        <w:t>Project PADAYON aims to provide sustained, contextualized, and learner-responsive tutorial and learning support based on the learning needs of participating ALS learners. The project complements the regular ALS program and does not replace official ALS instruction, assessment, or placement procedures.</w:t>
      </w:r>
    </w:p>
    <w:p>
      <w:pPr>
        <w:spacing w:before="120" w:after="40"/>
      </w:pPr>
      <w:r>
        <w:rPr>
          <w:b/>
        </w:rPr>
        <w:t>What Participation Involves</w:t>
      </w:r>
    </w:p>
    <w:p>
      <w:r>
        <w:t>If you agree to participate, you may take part in twice-monthly Friday tutorial and learning support sessions at the designated learning hub. Activities may include individualized or small-group tutorials, use of contextualized supplementary learning materials aligned with ALS modules, guided practice, formative learning checks, feedback, remediation, reinforcement, enrichment, and monitoring of learning progress.</w:t>
      </w:r>
    </w:p>
    <w:p>
      <w:r>
        <w:t>Relevant learning information already available through ALS may be used, with appropriate coordination, to guide the support provided to you. A learner progress record or portfolio may also be maintained for project monitoring.</w:t>
      </w:r>
    </w:p>
    <w:p>
      <w:pPr>
        <w:spacing w:before="120" w:after="40"/>
      </w:pPr>
      <w:r>
        <w:rPr>
          <w:b/>
        </w:rPr>
        <w:t>Possible Benefits and Inconveniences</w:t>
      </w:r>
    </w:p>
    <w:p>
      <w:r>
        <w:t>Participation may provide additional opportunities to understand difficult lessons, practice identified competencies, receive feedback, and monitor learning progress. Participation may also require time, travel, and completion of additional learning activities. Transportation assistance may be provided when included in approved project arrangements.</w:t>
      </w:r>
    </w:p>
    <w:p>
      <w:pPr>
        <w:spacing w:before="120" w:after="40"/>
      </w:pPr>
      <w:r>
        <w:rPr>
          <w:b/>
        </w:rPr>
        <w:t>Voluntary Participation and Withdrawal</w:t>
      </w:r>
    </w:p>
    <w:p>
      <w:r>
        <w:t>Participation is voluntary. You may decline to participate or stop participating at any time without penalty. Your decision will not affect your enrollment, standing, or access to regular ALS services.</w:t>
      </w:r>
    </w:p>
    <w:p>
      <w:pPr>
        <w:spacing w:before="120" w:after="40"/>
      </w:pPr>
      <w:r>
        <w:rPr>
          <w:b/>
        </w:rPr>
        <w:t>Privacy and Project Records</w:t>
      </w:r>
    </w:p>
    <w:p>
      <w:r>
        <w:t>Information collected through Project PADAYON will be used for project implementation, monitoring, evaluation, and authorized institutional reporting. Personal information and learner records will be handled with appropriate confidentiality and will be shared only with authorized project and ALS personnel as necessary for project implementation.</w:t>
      </w:r>
    </w:p>
    <w:p>
      <w:pPr>
        <w:spacing w:before="120" w:after="40"/>
      </w:pPr>
      <w:r>
        <w:rPr>
          <w:b/>
        </w:rPr>
        <w:t>Consent to Participate</w:t>
      </w:r>
    </w:p>
    <w:p>
      <w:r>
        <w:t>I have read or had this form explained to me. I understand the purpose and activities of Project PADAYON, and I have had the opportunity to ask questions. By signing below, I voluntarily agree to participate.</w:t>
      </w:r>
    </w:p>
    <w:p>
      <w:r>
        <w:rPr>
          <w:b/>
        </w:rPr>
        <w:t>Name of Learner:</w:t>
      </w:r>
      <w:r>
        <w:t xml:space="preserve"> _________________________________________________</w:t>
      </w:r>
    </w:p>
    <w:p>
      <w:r>
        <w:rPr>
          <w:b/>
        </w:rPr>
        <w:t>Signature:</w:t>
      </w:r>
      <w:r>
        <w:t xml:space="preserve"> _________________________________________________</w:t>
      </w:r>
    </w:p>
    <w:p>
      <w:r>
        <w:rPr>
          <w:b/>
        </w:rPr>
        <w:t>Date:</w:t>
      </w:r>
      <w:r>
        <w:t xml:space="preserve"> _________________________________________________</w:t>
      </w:r>
    </w:p>
    <w:p>
      <w:pPr>
        <w:spacing w:before="120" w:after="40"/>
      </w:pPr>
      <w:r>
        <w:rPr>
          <w:b/>
        </w:rPr>
        <w:t>Optional Photo/Video Documentation Consent</w:t>
      </w:r>
    </w:p>
    <w:p>
      <w:r>
        <w:t>Please select one. Your choice below will not affect your eligibility to participate in Project PADAYON.</w:t>
      </w:r>
    </w:p>
    <w:p>
      <w:r>
        <w:t>☐ I GIVE permission for photographs/videos in which I appear to be used for authorized JHCSC/DepEd project documentation, reports, presentations, and extension-related communication.</w:t>
      </w:r>
    </w:p>
    <w:p>
      <w:r>
        <w:t>☐ I DO NOT GIVE permission for photographs/videos in which I am identifiable to be used for the purposes stated above.</w:t>
      </w:r>
    </w:p>
    <w:p>
      <w:r>
        <w:rPr>
          <w:b/>
        </w:rPr>
        <w:t>Learner Signature:</w:t>
      </w:r>
      <w:r>
        <w:t xml:space="preserve"> _________________________________________________</w:t>
      </w:r>
    </w:p>
    <w:p>
      <w:r>
        <w:rPr>
          <w:b/>
        </w:rPr>
        <w:t>Date:</w:t>
      </w:r>
      <w:r>
        <w:t xml:space="preserve"> _________________________________________________</w:t>
      </w:r>
    </w:p>
    <w:p>
      <w:r>
        <w:br w:type="page"/>
      </w:r>
    </w:p>
    <w:p>
      <w:pPr>
        <w:jc w:val="center"/>
      </w:pPr>
      <w:r>
        <w:rPr>
          <w:b/>
          <w:sz w:val="28"/>
        </w:rPr>
        <w:t>PROJECT PADAYON</w:t>
      </w:r>
    </w:p>
    <w:p>
      <w:pPr>
        <w:jc w:val="center"/>
      </w:pPr>
      <w:r>
        <w:rPr>
          <w:b/>
          <w:sz w:val="22"/>
        </w:rPr>
        <w:t>Contextualized Tutorial and Learning Support Program for</w:t>
        <w:br/>
        <w:t>Alternative Learning System Learners of San Miguel District</w:t>
      </w:r>
    </w:p>
    <w:p>
      <w:pPr>
        <w:jc w:val="center"/>
      </w:pPr>
      <w:r>
        <w:rPr>
          <w:b/>
          <w:sz w:val="24"/>
        </w:rPr>
        <w:t>PARENT/GUARDIAN CONSENT AND LEARNER ASSENT FORM</w:t>
      </w:r>
    </w:p>
    <w:p>
      <w:r>
        <w:t>Your child/ward is invited to participate in Project PADAYON, an extension initiative of the School of Teacher Education, J.H. Cerilles State College (JHCSC), in coordination with the Alternative Learning System (ALS) implementers of San Miguel District, Schools Division of Zamboanga del Sur.</w:t>
      </w:r>
    </w:p>
    <w:p>
      <w:pPr>
        <w:spacing w:before="120" w:after="40"/>
      </w:pPr>
      <w:r>
        <w:rPr>
          <w:b/>
        </w:rPr>
        <w:t>Purpose of the Project</w:t>
      </w:r>
    </w:p>
    <w:p>
      <w:r>
        <w:t>Project PADAYON aims to provide sustained, contextualized, and learner-responsive tutorial and learning support to participating ALS learners. It complements the regular ALS program and does not replace official ALS instruction, assessment, or placement procedures.</w:t>
      </w:r>
    </w:p>
    <w:p>
      <w:pPr>
        <w:spacing w:before="120" w:after="40"/>
      </w:pPr>
      <w:r>
        <w:rPr>
          <w:b/>
        </w:rPr>
        <w:t>What Participation Involves</w:t>
      </w:r>
    </w:p>
    <w:p>
      <w:r>
        <w:t>Participation may include twice-monthly Friday tutorial and learning support sessions at the designated learning hub; individualized or small-group tutorials; contextualized supplementary learning activities aligned with ALS modules; guided practice; formative learning checks; feedback; remediation, reinforcement, or enrichment; and monitoring of learning progress.</w:t>
      </w:r>
    </w:p>
    <w:p>
      <w:r>
        <w:t>Relevant learning information already available through ALS may be used, with appropriate coordination, to guide the support provided. A learner progress record or portfolio may also be maintained for project monitoring.</w:t>
      </w:r>
    </w:p>
    <w:p>
      <w:pPr>
        <w:spacing w:before="120" w:after="40"/>
      </w:pPr>
      <w:r>
        <w:rPr>
          <w:b/>
        </w:rPr>
        <w:t>Possible Benefits and Inconveniences</w:t>
      </w:r>
    </w:p>
    <w:p>
      <w:r>
        <w:t>The learner may benefit from additional academic assistance, practice, feedback, and monitoring of learning progress. Participation may require additional time, travel, and completion of learning activities. Transportation assistance may be provided when included in approved project arrangements.</w:t>
      </w:r>
    </w:p>
    <w:p>
      <w:pPr>
        <w:spacing w:before="120" w:after="40"/>
      </w:pPr>
      <w:r>
        <w:rPr>
          <w:b/>
        </w:rPr>
        <w:t>Voluntary Participation and Withdrawal</w:t>
      </w:r>
    </w:p>
    <w:p>
      <w:r>
        <w:t>Participation is voluntary. The learner may decline or withdraw at any time without penalty. The decision to participate or not participate will not affect the learner's enrollment, standing, or access to regular ALS services.</w:t>
      </w:r>
    </w:p>
    <w:p>
      <w:pPr>
        <w:spacing w:before="120" w:after="40"/>
      </w:pPr>
      <w:r>
        <w:rPr>
          <w:b/>
        </w:rPr>
        <w:t>Privacy and Project Records</w:t>
      </w:r>
    </w:p>
    <w:p>
      <w:r>
        <w:t>Information collected through Project PADAYON will be used for project implementation, monitoring, evaluation, and authorized institutional reporting. Personal information and learner records will be handled with appropriate confidentiality and shared only with authorized project and ALS personnel as necessary.</w:t>
      </w:r>
    </w:p>
    <w:p>
      <w:pPr>
        <w:spacing w:before="120" w:after="40"/>
      </w:pPr>
      <w:r>
        <w:rPr>
          <w:b/>
        </w:rPr>
        <w:t>Parent/Guardian Consent</w:t>
      </w:r>
    </w:p>
    <w:p>
      <w:r>
        <w:t>I have read or had this form explained to me. I understand the purpose and activities of Project PADAYON and have had the opportunity to ask questions. I voluntarily give permission for my child/ward to participate.</w:t>
      </w:r>
    </w:p>
    <w:p>
      <w:r>
        <w:rPr>
          <w:b/>
        </w:rPr>
        <w:t>Name of Learner:</w:t>
      </w:r>
      <w:r>
        <w:t xml:space="preserve"> _________________________________________________</w:t>
      </w:r>
    </w:p>
    <w:p>
      <w:r>
        <w:rPr>
          <w:b/>
        </w:rPr>
        <w:t>Name of Parent/Guardian:</w:t>
      </w:r>
      <w:r>
        <w:t xml:space="preserve"> _________________________________________________</w:t>
      </w:r>
    </w:p>
    <w:p>
      <w:r>
        <w:rPr>
          <w:b/>
        </w:rPr>
        <w:t>Relationship to Learner:</w:t>
      </w:r>
      <w:r>
        <w:t xml:space="preserve"> _________________________________________________</w:t>
      </w:r>
    </w:p>
    <w:p>
      <w:r>
        <w:rPr>
          <w:b/>
        </w:rPr>
        <w:t>Signature of Parent/Guardian:</w:t>
      </w:r>
      <w:r>
        <w:t xml:space="preserve"> _________________________________________________</w:t>
      </w:r>
    </w:p>
    <w:p>
      <w:r>
        <w:rPr>
          <w:b/>
        </w:rPr>
        <w:t>Date:</w:t>
      </w:r>
      <w:r>
        <w:t xml:space="preserve"> _________________________________________________</w:t>
      </w:r>
    </w:p>
    <w:p>
      <w:pPr>
        <w:spacing w:before="120" w:after="40"/>
      </w:pPr>
      <w:r>
        <w:rPr>
          <w:b/>
        </w:rPr>
        <w:t>Learner Assent</w:t>
      </w:r>
    </w:p>
    <w:p>
      <w:r>
        <w:t>The project has been explained to me in a way that I understand. I know that joining is my choice and that I may ask questions or stop participating. I agree to participate in Project PADAYON.</w:t>
      </w:r>
    </w:p>
    <w:p>
      <w:r>
        <w:rPr>
          <w:b/>
        </w:rPr>
        <w:t>Name of Learner:</w:t>
      </w:r>
      <w:r>
        <w:t xml:space="preserve"> _________________________________________________</w:t>
      </w:r>
    </w:p>
    <w:p>
      <w:r>
        <w:rPr>
          <w:b/>
        </w:rPr>
        <w:t>Signature of Learner:</w:t>
      </w:r>
      <w:r>
        <w:t xml:space="preserve"> _________________________________________________</w:t>
      </w:r>
    </w:p>
    <w:p>
      <w:r>
        <w:rPr>
          <w:b/>
        </w:rPr>
        <w:t>Date:</w:t>
      </w:r>
      <w:r>
        <w:t xml:space="preserve"> _________________________________________________</w:t>
      </w:r>
    </w:p>
    <w:p>
      <w:pPr>
        <w:spacing w:before="120" w:after="40"/>
      </w:pPr>
      <w:r>
        <w:rPr>
          <w:b/>
        </w:rPr>
        <w:t>Optional Photo/Video Documentation Consent</w:t>
      </w:r>
    </w:p>
    <w:p>
      <w:r>
        <w:t>Please select one. This choice will not affect the learner's eligibility to participate in Project PADAYON.</w:t>
      </w:r>
    </w:p>
    <w:p>
      <w:r>
        <w:t>☐ I GIVE permission for photographs/videos in which my child/ward is identifiable to be used for authorized JHCSC/DepEd project documentation, reports, presentations, and extension-related communication.</w:t>
      </w:r>
    </w:p>
    <w:p>
      <w:r>
        <w:t>☐ I DO NOT GIVE permission for photographs/videos in which my child/ward is identifiable to be used for the purposes stated above.</w:t>
      </w:r>
    </w:p>
    <w:p>
      <w:r>
        <w:rPr>
          <w:b/>
        </w:rPr>
        <w:t>Parent/Guardian Signature:</w:t>
      </w:r>
      <w:r>
        <w:t xml:space="preserve"> _________________________________________________</w:t>
      </w:r>
    </w:p>
    <w:p>
      <w:r>
        <w:rPr>
          <w:b/>
        </w:rPr>
        <w:t>Date:</w:t>
      </w:r>
      <w:r>
        <w:t xml:space="preserve"> _________________________________________________</w:t>
      </w:r>
    </w:p>
    <w:p>
      <w:pPr>
        <w:spacing w:before="120" w:after="40"/>
      </w:pPr>
      <w:r>
        <w:rPr>
          <w:b/>
        </w:rPr>
        <w:t>Project Contact</w:t>
      </w:r>
    </w:p>
    <w:p>
      <w:r>
        <w:t>For questions about Project PADAYON, please contact the Project Leader/School of Teacher Education, J.H. Cerilles State College. Contact details may be inserted here before distribution:</w:t>
      </w:r>
    </w:p>
    <w:p>
      <w:r>
        <w:t>Project Leader: ______________________________________________</w:t>
      </w:r>
    </w:p>
    <w:p>
      <w:r>
        <w:t>Contact Number/Email: _______________________________________</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